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12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Teacher Recommendation Letter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>To Whom This May Concern,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>My name is __________________ [Your Name] and proud to offer my recommendation of __________________ [Individual’s Name] to whom I have personally known for ___ years at __________________ [Where You’ve Known the Individual] as their __________________ [Relationship].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During my working relationship with </w:t>
      </w:r>
      <w:r>
        <w:rPr>
          <w:rFonts w:ascii="Times New Roman" w:hAnsi="Times New Roman" w:eastAsia="Times New Roman" w:cs="Times New Roman"/>
          <w:sz w:val="24"/>
        </w:rPr>
        <w:t>__________________ [Individual’s Name]</w:t>
      </w:r>
      <w:r>
        <w:rPr>
          <w:rFonts w:ascii="Times New Roman" w:hAnsi="Times New Roman" w:eastAsia="Times New Roman" w:cs="Times New Roman"/>
          <w:sz w:val="24"/>
        </w:rPr>
        <w:t xml:space="preserve"> I have experienced an individual who shows up earlier than asked, works hard, and carries themselves in a polite, respectable manner. In addition, </w:t>
      </w:r>
      <w:r>
        <w:rPr>
          <w:rFonts w:ascii="Times New Roman" w:hAnsi="Times New Roman" w:eastAsia="Times New Roman" w:cs="Times New Roman"/>
          <w:sz w:val="24"/>
        </w:rPr>
        <w:t>__________________ [Individual’s Name]</w:t>
      </w:r>
      <w:r>
        <w:rPr>
          <w:rFonts w:ascii="Times New Roman" w:hAnsi="Times New Roman" w:eastAsia="Times New Roman" w:cs="Times New Roman"/>
          <w:sz w:val="24"/>
        </w:rPr>
        <w:t xml:space="preserve"> is exceptionally gifted at making students feel comfortable and always maintaining a positive atmosphere. It is without reservation that I recommend </w:t>
      </w:r>
      <w:r>
        <w:rPr>
          <w:rFonts w:ascii="Times New Roman" w:hAnsi="Times New Roman" w:eastAsia="Times New Roman" w:cs="Times New Roman"/>
          <w:sz w:val="24"/>
        </w:rPr>
        <w:t>__________________ [Individual’s Name]</w:t>
      </w:r>
      <w:r>
        <w:rPr>
          <w:rFonts w:ascii="Times New Roman" w:hAnsi="Times New Roman" w:eastAsia="Times New Roman" w:cs="Times New Roman"/>
          <w:sz w:val="24"/>
        </w:rPr>
        <w:t xml:space="preserve"> for this teaching position.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If you have any requests or questions do not hesitate to contact me.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>Best,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Signature</w:t>
      </w:r>
      <w:r>
        <w:rPr>
          <w:rFonts w:ascii="Times New Roman" w:hAnsi="Times New Roman" w:eastAsia="Times New Roman" w:cs="Times New Roman"/>
          <w:sz w:val="24"/>
        </w:rPr>
        <w:t xml:space="preserve"> </w:t>
      </w:r>
      <w:r>
        <w:rPr>
          <w:rFonts w:ascii="Times New Roman" w:hAnsi="Times New Roman" w:eastAsia="Times New Roman" w:cs="Times New Roman"/>
          <w:sz w:val="24"/>
        </w:rPr>
        <w:t>__________________</w:t>
      </w:r>
      <w:r>
        <w:rPr>
          <w:rFonts w:ascii="Times New Roman" w:hAnsi="Times New Roman" w:eastAsia="Times New Roman" w:cs="Times New Roman"/>
          <w:sz w:val="24"/>
        </w:rPr>
        <w:t xml:space="preserve"> Date </w:t>
      </w:r>
      <w:r>
        <w:rPr>
          <w:rFonts w:ascii="Times New Roman" w:hAnsi="Times New Roman" w:eastAsia="Times New Roman" w:cs="Times New Roman"/>
          <w:sz w:val="24"/>
        </w:rPr>
        <w:t>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Telephone __________________</w:t>
      </w:r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E-Mail __________________</w:t>
      </w:r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