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TEACHING JOB LETTER OF INTENT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(TRANSFER REQUEST)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RE: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Dear ______________________,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I, ______________________, am writing this Letter of Intent to notify the district that I am planning to continue teaching for the 20____ - 20____ school year, but would like to request a transfer to ______________________.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 believe that I will be an ideal candidate for this position due to my experience teaching </w:t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[List Relevant Teaching Experience]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Furthermore, the following degrees and extracurricular activities qualify me for this position: ______________________________________________________________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[List Relevant Degrees and Other Experience]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Please contact me at ______________________ if you have any questions regarding my transfer request. I appreciate your time and consideration in reviewing this letter.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