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Temporary Delegation of Parental Powers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 [name of principal] of [city], [county] County, Nebraska, do make and appoint my [relationship to principal], [name of agent] of [agent's address], to act for me and in my name to exercise all my powers regarding the care, custody and property of my [son/daughter/children], [name(s) of child/children], born [date of birth of child/children], except my power to consent to marriage and adoption of the child. I grant  [relationship to principal], [name of agent], full authority and power to do everything necessary to be done, as fully as I could or might do if personally present, for a period not exceeding six months beyond this date. I confirm and ratify all lawful acts done, or caused to be done by my [relationship to principal], [name of agent], acting under this Delegation of Powers regarding the care, custody and property of my child. This Delegation of Parental Powers may be revoked by me at any time before the expiration of this six-month period by written notice to my [relationship to principal], [name of agent], at the address above.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360" w:right="0" w:firstLine="0"/>
        <w:jc w:val="left"/>
      </w:pPr>
      <w:r>
        <w:rPr>
          <w:rFonts w:ascii="Times New Roman" w:hAnsi="Times New Roman" w:eastAsia="Times New Roman" w:cs="Times New Roman"/>
          <w:b w:val="0"/>
          <w:sz w:val="24"/>
        </w:rPr>
        <w:t>[principal's 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BE IT KNOWN, that on [Month Day, 20__], before me personally appeared [name of principal], above named, who is to me known to be the person described in and who executed the above Temporary Delegation of Parental Powers, and acknowledged the same to be his/her/their voluntary act and deed.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