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Tenant Estoppel Certificate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THIS TENANT ESTOPPEL CERTIFICATE (this "</w:t>
      </w:r>
      <w:r>
        <w:rPr>
          <w:rFonts w:ascii="Times New Roman" w:hAnsi="Times New Roman" w:eastAsia="Times New Roman" w:cs="Times New Roman"/>
          <w:b w:val="0"/>
          <w:sz w:val="24"/>
        </w:rPr>
        <w:t>Certificate</w:t>
      </w:r>
      <w:r>
        <w:rPr>
          <w:rFonts w:ascii="Times New Roman" w:hAnsi="Times New Roman" w:eastAsia="Times New Roman" w:cs="Times New Roman"/>
          <w:b w:val="0"/>
          <w:sz w:val="24"/>
        </w:rPr>
        <w:t xml:space="preserve">") is executed this [day] day of [month], [year], by [Tenant name],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(n) [state of incorporation or formation and type of entity] having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 at [Tenant address] (the "Tenant"), for the benefit of [Buyer's name],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(n) [state of incorporation or formation and type of entity] having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 at [Buyer's address] ("</w:t>
      </w:r>
      <w:r>
        <w:rPr>
          <w:rFonts w:ascii="Times New Roman" w:hAnsi="Times New Roman" w:eastAsia="Times New Roman" w:cs="Times New Roman"/>
          <w:b w:val="0"/>
          <w:sz w:val="24"/>
        </w:rPr>
        <w:t>Buyer</w:t>
      </w:r>
      <w:r>
        <w:rPr>
          <w:rFonts w:ascii="Times New Roman" w:hAnsi="Times New Roman" w:eastAsia="Times New Roman" w:cs="Times New Roman"/>
          <w:b w:val="0"/>
          <w:sz w:val="24"/>
        </w:rPr>
        <w:t>").</w:t>
      </w:r>
    </w:p>
    <w:p>
      <w:pPr>
        <w:keepNext w:val="0"/>
        <w:spacing w:before="200" w:after="0" w:line="260" w:lineRule="exact"/>
        <w:ind w:left="360" w:right="0" w:firstLine="0"/>
        <w:jc w:val="both"/>
      </w:pPr>
      <w:r>
        <w:rPr>
          <w:rFonts w:ascii="Times New Roman" w:hAnsi="Times New Roman" w:eastAsia="Times New Roman" w:cs="Times New Roman"/>
          <w:b w:val="0"/>
          <w:sz w:val="24"/>
        </w:rPr>
        <w:t>Re: Lease between [Landlord's name] (the "</w:t>
      </w:r>
      <w:r>
        <w:rPr>
          <w:rFonts w:ascii="Times New Roman" w:hAnsi="Times New Roman" w:eastAsia="Times New Roman" w:cs="Times New Roman"/>
          <w:b w:val="0"/>
          <w:sz w:val="24"/>
        </w:rPr>
        <w:t>Landlord</w:t>
      </w:r>
      <w:r>
        <w:rPr>
          <w:rFonts w:ascii="Times New Roman" w:hAnsi="Times New Roman" w:eastAsia="Times New Roman" w:cs="Times New Roman"/>
          <w:b w:val="0"/>
          <w:sz w:val="24"/>
        </w:rPr>
        <w:t>") and Tenant dated [date] (as amended, the "</w:t>
      </w:r>
      <w:r>
        <w:rPr>
          <w:rFonts w:ascii="Times New Roman" w:hAnsi="Times New Roman" w:eastAsia="Times New Roman" w:cs="Times New Roman"/>
          <w:b w:val="0"/>
          <w:sz w:val="24"/>
        </w:rPr>
        <w:t>Lease</w:t>
      </w:r>
      <w:r>
        <w:rPr>
          <w:rFonts w:ascii="Times New Roman" w:hAnsi="Times New Roman" w:eastAsia="Times New Roman" w:cs="Times New Roman"/>
          <w:b w:val="0"/>
          <w:sz w:val="24"/>
        </w:rPr>
        <w:t>") in connection with property located at [property address], Suite [suite number], [floor number] Floor, consisting of approximately [square footage in numbers] square foot (the "</w:t>
      </w:r>
      <w:r>
        <w:rPr>
          <w:rFonts w:ascii="Times New Roman" w:hAnsi="Times New Roman" w:eastAsia="Times New Roman" w:cs="Times New Roman"/>
          <w:b w:val="0"/>
          <w:sz w:val="24"/>
        </w:rPr>
        <w:t>Premises</w:t>
      </w:r>
      <w:r>
        <w:rPr>
          <w:rFonts w:ascii="Times New Roman" w:hAnsi="Times New Roman" w:eastAsia="Times New Roman" w:cs="Times New Roman"/>
          <w:b w:val="0"/>
          <w:sz w:val="24"/>
        </w:rPr>
        <w:t>").</w:t>
      </w:r>
    </w:p>
    <w:p>
      <w:pPr>
        <w:keepNext w:val="0"/>
        <w:spacing w:before="200" w:after="0" w:line="260" w:lineRule="exact"/>
        <w:ind w:left="360" w:right="0" w:firstLine="0"/>
        <w:jc w:val="both"/>
      </w:pPr>
      <w:r>
        <w:rPr>
          <w:rFonts w:ascii="Times New Roman" w:hAnsi="Times New Roman" w:eastAsia="Times New Roman" w:cs="Times New Roman"/>
          <w:b w:val="0"/>
          <w:sz w:val="24"/>
        </w:rPr>
        <w:t>Tenant certifies to Buyer as follows:</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Attached hereto as </w:t>
      </w: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full, true and complete copy of the Lease as amended to date. Tenant has no options or rights of first refusal to purchase or option or rights to renew, extend, modify or change the term of the Lease, except as may be stated in the copy of the Lease attached.</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Lease is in full force and effect, constitutes the entire agreement between Landlord and Tenant and has not been modified or amended except as set forth in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commencement date of the term of the Lease is [lease commencement date] and expiration date of the term of the Lease is [lease expiration date].</w:t>
      </w:r>
    </w:p>
    <w:p>
      <w:pPr>
        <w:keepNext w:val="0"/>
        <w:spacing w:before="120" w:after="0" w:line="260" w:lineRule="exact"/>
        <w:ind w:left="720" w:right="0" w:firstLine="0"/>
        <w:jc w:val="left"/>
      </w:pPr>
      <w:r>
        <w:rPr>
          <w:rFonts w:ascii="Times New Roman" w:hAnsi="Times New Roman" w:eastAsia="Times New Roman" w:cs="Times New Roman"/>
          <w:b w:val="0"/>
          <w:sz w:val="24"/>
        </w:rPr>
        <w:t>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Fixed monthly rent under the Lease is $[amount in numbers], and such rent has been paid through [date rent paid through].</w:t>
      </w:r>
    </w:p>
    <w:p>
      <w:pPr>
        <w:keepNext w:val="0"/>
        <w:spacing w:before="120" w:after="0" w:line="260" w:lineRule="exact"/>
        <w:ind w:left="720" w:right="0" w:firstLine="0"/>
        <w:jc w:val="left"/>
      </w:pPr>
      <w:r>
        <w:rPr>
          <w:rFonts w:ascii="Times New Roman" w:hAnsi="Times New Roman" w:eastAsia="Times New Roman" w:cs="Times New Roman"/>
          <w:b w:val="0"/>
          <w:sz w:val="24"/>
        </w:rPr>
        <w:t>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Currently, billings for additional rent (common area maintenance, and/or utilities, and/or taxes, and/or insurance as set forth in Exhibit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hereto) payable by the Tenant are $[amount in numbers] per year. Tenant [has/has not] paid in full all other sums presently due under the Lease.</w:t>
      </w:r>
    </w:p>
    <w:p>
      <w:pPr>
        <w:keepNext w:val="0"/>
        <w:spacing w:before="120" w:after="0" w:line="260" w:lineRule="exact"/>
        <w:ind w:left="720" w:right="0" w:firstLine="0"/>
        <w:jc w:val="left"/>
      </w:pPr>
      <w:r>
        <w:rPr>
          <w:rFonts w:ascii="Times New Roman" w:hAnsi="Times New Roman" w:eastAsia="Times New Roman" w:cs="Times New Roman"/>
          <w:b w:val="0"/>
          <w:sz w:val="24"/>
        </w:rPr>
        <w:t>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Tenant pays percentage rent under the Lease as follows: $[percentage rent amount in numbers].</w:t>
      </w:r>
    </w:p>
    <w:p>
      <w:pPr>
        <w:keepNext w:val="0"/>
        <w:spacing w:before="120" w:after="0" w:line="260" w:lineRule="exact"/>
        <w:ind w:left="720" w:right="0" w:firstLine="0"/>
        <w:jc w:val="left"/>
      </w:pPr>
      <w:r>
        <w:rPr>
          <w:rFonts w:ascii="Times New Roman" w:hAnsi="Times New Roman" w:eastAsia="Times New Roman" w:cs="Times New Roman"/>
          <w:b w:val="0"/>
          <w:sz w:val="24"/>
        </w:rPr>
        <w:t>7.</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Tenant has deposited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security deposit in the amount of $[amount of security deposit in numbers] with Landlord (the "</w:t>
      </w:r>
      <w:r>
        <w:rPr>
          <w:rFonts w:ascii="Times New Roman" w:hAnsi="Times New Roman" w:eastAsia="Times New Roman" w:cs="Times New Roman"/>
          <w:b w:val="0"/>
          <w:sz w:val="24"/>
        </w:rPr>
        <w:t>Security Deposit</w:t>
      </w:r>
      <w:r>
        <w:rPr>
          <w:rFonts w:ascii="Times New Roman" w:hAnsi="Times New Roman" w:eastAsia="Times New Roman" w:cs="Times New Roman"/>
          <w:b w:val="0"/>
          <w:sz w:val="24"/>
        </w:rPr>
        <w:t>"), and Tenant has no knowledge that the Security Deposit has been applied by Landlord to the payment of rent or any other amounts due under the Lease.</w:t>
      </w:r>
    </w:p>
    <w:p>
      <w:pPr>
        <w:keepNext w:val="0"/>
        <w:spacing w:before="120" w:after="0" w:line="260" w:lineRule="exact"/>
        <w:ind w:left="720" w:right="0" w:firstLine="0"/>
        <w:jc w:val="left"/>
      </w:pPr>
      <w:r>
        <w:rPr>
          <w:rFonts w:ascii="Times New Roman" w:hAnsi="Times New Roman" w:eastAsia="Times New Roman" w:cs="Times New Roman"/>
          <w:b w:val="0"/>
          <w:sz w:val="24"/>
        </w:rPr>
        <w:t>8.</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Any construction, build-out improvements, alterations or additions to the Premises required under the Lease have been fully completed in accordance with the plan and specifications described in the Lease, if any, and no further payments are required from either party thereunder. Tenant has no knowledge of amounts due to any broker arising from the Lease or any amendment thereto.</w:t>
      </w:r>
    </w:p>
    <w:p>
      <w:pPr>
        <w:keepNext w:val="0"/>
        <w:spacing w:before="120" w:after="0" w:line="260" w:lineRule="exact"/>
        <w:ind w:left="720" w:right="0" w:firstLine="0"/>
        <w:jc w:val="left"/>
      </w:pPr>
      <w:r>
        <w:rPr>
          <w:rFonts w:ascii="Times New Roman" w:hAnsi="Times New Roman" w:eastAsia="Times New Roman" w:cs="Times New Roman"/>
          <w:b w:val="0"/>
          <w:sz w:val="24"/>
        </w:rPr>
        <w:t>9.</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Tenant is the tenant at the Premises and Tenant is in sole possession of and is occupying the Premises. Tenant has not subleased all or any part of the Premises or assigned the Lease, or otherwise transferred its interest in the Lease or the Premises.</w:t>
      </w:r>
    </w:p>
    <w:p>
      <w:pPr>
        <w:keepNext w:val="0"/>
        <w:spacing w:before="120" w:after="0" w:line="260" w:lineRule="exact"/>
        <w:ind w:left="720" w:right="0" w:firstLine="0"/>
        <w:jc w:val="left"/>
      </w:pPr>
      <w:r>
        <w:rPr>
          <w:rFonts w:ascii="Times New Roman" w:hAnsi="Times New Roman" w:eastAsia="Times New Roman" w:cs="Times New Roman"/>
          <w:b w:val="0"/>
          <w:sz w:val="24"/>
        </w:rPr>
        <w:t>10.</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Tenant has not received any notice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prior sale, transfer or assignment, hypothecation or pledge of the Lease or of the rent reserved therein by Landlord except [any applicable information].</w:t>
      </w:r>
    </w:p>
    <w:p>
      <w:pPr>
        <w:keepNext w:val="0"/>
        <w:spacing w:before="120" w:after="0" w:line="260" w:lineRule="exact"/>
        <w:ind w:left="720" w:right="0" w:firstLine="0"/>
        <w:jc w:val="left"/>
      </w:pPr>
      <w:r>
        <w:rPr>
          <w:rFonts w:ascii="Times New Roman" w:hAnsi="Times New Roman" w:eastAsia="Times New Roman" w:cs="Times New Roman"/>
          <w:b w:val="0"/>
          <w:sz w:val="24"/>
        </w:rPr>
        <w:t>11.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Premises are being used for the purposes described in the Lease.</w:t>
      </w:r>
    </w:p>
    <w:p>
      <w:pPr>
        <w:keepNext w:val="0"/>
        <w:spacing w:before="120" w:after="0" w:line="260" w:lineRule="exact"/>
        <w:ind w:left="720" w:right="0" w:firstLine="0"/>
        <w:jc w:val="left"/>
      </w:pPr>
      <w:r>
        <w:rPr>
          <w:rFonts w:ascii="Times New Roman" w:hAnsi="Times New Roman" w:eastAsia="Times New Roman" w:cs="Times New Roman"/>
          <w:b w:val="0"/>
          <w:sz w:val="24"/>
        </w:rPr>
        <w:t>12.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No rent has been or will be prepaid under the Lease more than thirty (30) days in advance. Tenant has not been given any free rent, partial rent, rebates, rent abatements, or rent concessions of any kind, except as may be stated in the copy of the Lease attached.</w:t>
      </w:r>
    </w:p>
    <w:p>
      <w:pPr>
        <w:keepNext w:val="0"/>
        <w:spacing w:before="120" w:after="0" w:line="260" w:lineRule="exact"/>
        <w:ind w:left="720" w:right="0" w:firstLine="0"/>
        <w:jc w:val="left"/>
      </w:pPr>
      <w:r>
        <w:rPr>
          <w:rFonts w:ascii="Times New Roman" w:hAnsi="Times New Roman" w:eastAsia="Times New Roman" w:cs="Times New Roman"/>
          <w:b w:val="0"/>
          <w:sz w:val="24"/>
        </w:rPr>
        <w:t>13.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Landlord has not given any consent to Tenant (for example, consent to sublease or alter the Premises) that is required under the Lease before the taking of any action by Tenant.</w:t>
      </w:r>
    </w:p>
    <w:p>
      <w:pPr>
        <w:keepNext w:val="0"/>
        <w:spacing w:before="120" w:after="0" w:line="260" w:lineRule="exact"/>
        <w:ind w:left="720" w:right="0" w:firstLine="0"/>
        <w:jc w:val="left"/>
      </w:pPr>
      <w:r>
        <w:rPr>
          <w:rFonts w:ascii="Times New Roman" w:hAnsi="Times New Roman" w:eastAsia="Times New Roman" w:cs="Times New Roman"/>
          <w:b w:val="0"/>
          <w:sz w:val="24"/>
        </w:rPr>
        <w:t>14.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Landlord has fully performed all of its obligations under the Lease and is not in default under any term of the Lease. In addition, no circumstances exist under which Landlord may be deemed in default merely upon service of notice or passage of time.</w:t>
      </w:r>
    </w:p>
    <w:p>
      <w:pPr>
        <w:keepNext w:val="0"/>
        <w:spacing w:before="120" w:after="0" w:line="260" w:lineRule="exact"/>
        <w:ind w:left="720" w:right="0" w:firstLine="0"/>
        <w:jc w:val="left"/>
      </w:pPr>
      <w:r>
        <w:rPr>
          <w:rFonts w:ascii="Times New Roman" w:hAnsi="Times New Roman" w:eastAsia="Times New Roman" w:cs="Times New Roman"/>
          <w:b w:val="0"/>
          <w:sz w:val="24"/>
        </w:rPr>
        <w:t>15.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Tenant has fully performed all of its obligations in accordance with the terms of the Lease and is not in default under any terms of the Lease. In addition, no circumstances exist under which Tenant may be deemed to be in default merely upon service of notice or the passage of time.</w:t>
      </w:r>
    </w:p>
    <w:p>
      <w:pPr>
        <w:keepNext w:val="0"/>
        <w:spacing w:before="120" w:after="0" w:line="260" w:lineRule="exact"/>
        <w:ind w:left="720" w:right="0" w:firstLine="0"/>
        <w:jc w:val="left"/>
      </w:pPr>
      <w:r>
        <w:rPr>
          <w:rFonts w:ascii="Times New Roman" w:hAnsi="Times New Roman" w:eastAsia="Times New Roman" w:cs="Times New Roman"/>
          <w:b w:val="0"/>
          <w:sz w:val="24"/>
        </w:rPr>
        <w:t>16.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Tenant has no present defenses, right of offset or counterclaims against any rent due or to become due under the Lease.</w:t>
      </w:r>
    </w:p>
    <w:p>
      <w:pPr>
        <w:keepNext w:val="0"/>
        <w:spacing w:before="120" w:after="0" w:line="260" w:lineRule="exact"/>
        <w:ind w:left="720" w:right="0" w:firstLine="0"/>
        <w:jc w:val="left"/>
      </w:pPr>
      <w:r>
        <w:rPr>
          <w:rFonts w:ascii="Times New Roman" w:hAnsi="Times New Roman" w:eastAsia="Times New Roman" w:cs="Times New Roman"/>
          <w:b w:val="0"/>
          <w:sz w:val="24"/>
        </w:rPr>
        <w:t>17.</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Tenant has not filed and is not the subject of any filing for bankruptcy or reorganization under federal or state bankruptcy laws.</w:t>
      </w:r>
    </w:p>
    <w:p>
      <w:pPr>
        <w:keepNext w:val="0"/>
        <w:spacing w:before="120" w:after="0" w:line="260" w:lineRule="exact"/>
        <w:ind w:left="720" w:right="0" w:firstLine="0"/>
        <w:jc w:val="left"/>
      </w:pPr>
      <w:r>
        <w:rPr>
          <w:rFonts w:ascii="Times New Roman" w:hAnsi="Times New Roman" w:eastAsia="Times New Roman" w:cs="Times New Roman"/>
          <w:b w:val="0"/>
          <w:sz w:val="24"/>
        </w:rPr>
        <w:t>18.</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Tenant has received no notice from any insurance company of any defects or inadequacies in the Premises.</w:t>
      </w:r>
    </w:p>
    <w:p>
      <w:pPr>
        <w:keepNext w:val="0"/>
        <w:spacing w:before="120" w:after="0" w:line="260" w:lineRule="exact"/>
        <w:ind w:left="720" w:right="0" w:firstLine="0"/>
        <w:jc w:val="left"/>
      </w:pPr>
      <w:r>
        <w:rPr>
          <w:rFonts w:ascii="Times New Roman" w:hAnsi="Times New Roman" w:eastAsia="Times New Roman" w:cs="Times New Roman"/>
          <w:b w:val="0"/>
          <w:sz w:val="24"/>
        </w:rPr>
        <w:t>19.</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person signing this letter on behalf of Tenant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duly authorized agent of the Tenant.</w:t>
      </w:r>
    </w:p>
    <w:p>
      <w:pPr>
        <w:keepNext w:val="0"/>
        <w:spacing w:before="200" w:after="0" w:line="260" w:lineRule="exact"/>
        <w:ind w:left="360" w:right="0" w:firstLine="0"/>
        <w:jc w:val="both"/>
      </w:pPr>
      <w:r>
        <w:rPr>
          <w:rFonts w:ascii="Times New Roman" w:hAnsi="Times New Roman" w:eastAsia="Times New Roman" w:cs="Times New Roman"/>
          <w:b w:val="0"/>
          <w:sz w:val="24"/>
        </w:rPr>
        <w:t>IN WITNESS WHEREOF, Tenant has executed this Certificate, or has caused this Certificate to be executed by its duly authorized officer, as of the day and year first above written.</w:t>
      </w:r>
    </w:p>
    <w:p>
      <w:pPr>
        <w:keepNext w:val="0"/>
        <w:spacing w:before="120" w:after="0" w:line="260" w:lineRule="exact"/>
        <w:ind w:left="360" w:right="0" w:firstLine="0"/>
        <w:jc w:val="left"/>
      </w:pPr>
      <w:r>
        <w:rPr>
          <w:rFonts w:ascii="Times New Roman" w:hAnsi="Times New Roman" w:eastAsia="Times New Roman" w:cs="Times New Roman"/>
          <w:b/>
          <w:sz w:val="24"/>
        </w:rPr>
        <w:t>WITNESS</w:t>
      </w:r>
      <w:r>
        <w:rPr>
          <w:rFonts w:ascii="Times New Roman" w:hAnsi="Times New Roman" w:eastAsia="Times New Roman" w:cs="Times New Roman"/>
          <w:b w:val="0"/>
          <w:sz w:val="24"/>
        </w:rPr>
        <w:t>:</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w:t>
      </w:r>
    </w:p>
    <w:p>
      <w:pPr>
        <w:keepNext w:val="0"/>
        <w:spacing w:before="120" w:after="0" w:line="260" w:lineRule="exact"/>
        <w:ind w:left="360" w:right="0" w:firstLine="0"/>
        <w:jc w:val="left"/>
      </w:pPr>
      <w:r>
        <w:rPr>
          <w:rFonts w:ascii="Times New Roman" w:hAnsi="Times New Roman" w:eastAsia="Times New Roman" w:cs="Times New Roman"/>
          <w:b/>
          <w:sz w:val="24"/>
        </w:rPr>
        <w:t>TENANT</w:t>
      </w:r>
      <w:r>
        <w:rPr>
          <w:rFonts w:ascii="Times New Roman" w:hAnsi="Times New Roman" w:eastAsia="Times New Roman" w:cs="Times New Roman"/>
          <w:b w:val="0"/>
          <w:sz w:val="24"/>
        </w:rPr>
        <w:t>:</w:t>
      </w:r>
    </w:p>
    <w:p>
      <w:pPr>
        <w:keepNext w:val="0"/>
        <w:spacing w:before="120" w:after="0" w:line="260" w:lineRule="exact"/>
        <w:ind w:left="360" w:right="0" w:firstLine="0"/>
        <w:jc w:val="left"/>
      </w:pPr>
      <w:r>
        <w:rPr>
          <w:rFonts w:ascii="Times New Roman" w:hAnsi="Times New Roman" w:eastAsia="Times New Roman" w:cs="Times New Roman"/>
          <w:b w:val="0"/>
          <w:sz w:val="24"/>
        </w:rPr>
        <w:t>[Tenant's name]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[signatory name]</w:t>
      </w:r>
    </w:p>
    <w:p>
      <w:pPr>
        <w:keepNext w:val="0"/>
        <w:spacing w:before="120" w:after="0" w:line="260" w:lineRule="exact"/>
        <w:ind w:left="360" w:right="0" w:firstLine="0"/>
        <w:jc w:val="left"/>
      </w:pPr>
      <w:r>
        <w:rPr>
          <w:rFonts w:ascii="Times New Roman" w:hAnsi="Times New Roman" w:eastAsia="Times New Roman" w:cs="Times New Roman"/>
          <w:b w:val="0"/>
          <w:sz w:val="24"/>
        </w:rPr>
        <w:t>[signatory title]</w:t>
      </w:r>
    </w:p>
    <w:p>
      <w:pPr/>
    </w:p>
    <w:p>
      <w:pPr>
        <w:keepNext w:val="0"/>
        <w:spacing w:before="120" w:after="0" w:line="260" w:lineRule="exact"/>
        <w:ind w:left="360" w:right="0" w:firstLine="0"/>
        <w:jc w:val="left"/>
      </w:pPr>
      <w:r>
        <w:rPr>
          <w:rFonts w:ascii="Times New Roman" w:hAnsi="Times New Roman" w:eastAsia="Times New Roman" w:cs="Times New Roman"/>
          <w:b/>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TO TENANT ESTOPPEL CERTIFICATE</w:t>
      </w:r>
    </w:p>
    <w:p>
      <w:pPr>
        <w:keepNext w:val="0"/>
        <w:spacing w:before="200" w:after="0" w:line="260" w:lineRule="exact"/>
        <w:ind w:left="720" w:right="0" w:firstLine="0"/>
        <w:jc w:val="both"/>
      </w:pPr>
      <w:r>
        <w:rPr>
          <w:rFonts w:ascii="Times New Roman" w:hAnsi="Times New Roman" w:eastAsia="Times New Roman" w:cs="Times New Roman"/>
          <w:b/>
          <w:sz w:val="24"/>
        </w:rPr>
        <w:t>[ATTACH COPIES OF LEASE AND AMENDMENTS THERETO]</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