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TENNESSEE DURABLE FINANCIAL POWER OF ATTORNEY</w:t>
      </w: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[NAME OF PRINCIPAL]</w:t>
      </w:r>
      <w:r>
        <w:rPr>
          <w:rFonts w:ascii="Times New Roman" w:hAnsi="Times New Roman" w:eastAsia="Times New Roman" w:cs="Times New Roman"/>
          <w:sz w:val="24"/>
        </w:rPr>
        <w:t xml:space="preserve">, the principal,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hereby designate </w:t>
      </w:r>
      <w:r>
        <w:rPr>
          <w:rFonts w:ascii="Times New Roman" w:hAnsi="Times New Roman" w:eastAsia="Times New Roman" w:cs="Times New Roman"/>
          <w:sz w:val="24"/>
        </w:rPr>
        <w:t>[NAME OF AGENT]</w:t>
      </w:r>
      <w:r>
        <w:rPr>
          <w:rFonts w:ascii="Times New Roman" w:hAnsi="Times New Roman" w:eastAsia="Times New Roman" w:cs="Times New Roman"/>
          <w:sz w:val="24"/>
        </w:rPr>
        <w:t xml:space="preserve">, of </w:t>
      </w:r>
      <w:r>
        <w:rPr>
          <w:rFonts w:ascii="Times New Roman" w:hAnsi="Times New Roman" w:eastAsia="Times New Roman" w:cs="Times New Roman"/>
          <w:sz w:val="24"/>
        </w:rPr>
        <w:t>[ADDRESS OF AGENT]</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 OF AGENT]</w:t>
      </w:r>
      <w:r>
        <w:rPr>
          <w:rFonts w:ascii="Times New Roman" w:hAnsi="Times New Roman" w:eastAsia="Times New Roman" w:cs="Times New Roman"/>
          <w:sz w:val="24"/>
        </w:rPr>
        <w:t xml:space="preserve">, my attorney-in-fact (hereinafter my “attorney-in-fact”), to act as initialed below, in my name, in my stead and for my benefit, hereby revoking any and all financial powers of attorney I may have executed in the past. </w:t>
      </w:r>
    </w:p>
    <w:p>
      <w:pPr/>
    </w:p>
    <w:p>
      <w:pPr>
        <w:jc w:val="center"/>
      </w:pPr>
      <w:r>
        <w:rPr>
          <w:rFonts w:ascii="Times New Roman" w:hAnsi="Times New Roman" w:eastAsia="Times New Roman" w:cs="Times New Roman"/>
          <w:b/>
          <w:sz w:val="24"/>
        </w:rPr>
        <w:t>EFFECTIVE DATE</w:t>
      </w:r>
    </w:p>
    <w:p>
      <w:pPr/>
    </w:p>
    <w:p>
      <w:pPr/>
      <w:r>
        <w:rPr>
          <w:rFonts w:ascii="Times New Roman" w:hAnsi="Times New Roman" w:eastAsia="Times New Roman" w:cs="Times New Roman"/>
          <w:sz w:val="24"/>
        </w:rPr>
        <w:t>(Choose the applicable paragraph by placing your initials in the preceding space)</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A. I grant my attorney-in-fact the powers set forth herein immediately upon the execution of this document. These powers shall not be affected by any subsequent disability or incapacity I may experience in the future.</w:t>
      </w:r>
    </w:p>
    <w:p>
      <w:pPr/>
    </w:p>
    <w:p>
      <w:pPr/>
      <w:r>
        <w:rPr>
          <w:rFonts w:ascii="Times New Roman" w:hAnsi="Times New Roman" w:eastAsia="Times New Roman" w:cs="Times New Roman"/>
          <w:sz w:val="24"/>
        </w:rPr>
        <w:t>or</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B. I grant my attorney-in-fact the powers set forth herein only when it has been determined in writing, by my attending physician, that I am unable to properly handle my financial affairs. </w:t>
      </w:r>
    </w:p>
    <w:p>
      <w:pPr/>
    </w:p>
    <w:p>
      <w:pPr>
        <w:jc w:val="center"/>
      </w:pPr>
      <w:r>
        <w:rPr>
          <w:rFonts w:ascii="Times New Roman" w:hAnsi="Times New Roman" w:eastAsia="Times New Roman" w:cs="Times New Roman"/>
          <w:b/>
          <w:sz w:val="24"/>
        </w:rPr>
        <w:t>POWERS OF ATTORNEY-IN-FACT</w:t>
      </w:r>
    </w:p>
    <w:p>
      <w:pPr/>
    </w:p>
    <w:p>
      <w:pPr/>
      <w:r>
        <w:rPr>
          <w:rFonts w:ascii="Times New Roman" w:hAnsi="Times New Roman" w:eastAsia="Times New Roman" w:cs="Times New Roman"/>
          <w:sz w:val="24"/>
        </w:rPr>
        <w:t>My attorney-in-fact shall exercise powers in my best interests and for my welfare, as a fiduciary. My attorney-in-fact shall have the following powers:</w:t>
      </w:r>
    </w:p>
    <w:p>
      <w:pPr/>
    </w:p>
    <w:p>
      <w:pPr/>
      <w:r>
        <w:rPr>
          <w:rFonts w:ascii="Times New Roman" w:hAnsi="Times New Roman" w:eastAsia="Times New Roman" w:cs="Times New Roman"/>
          <w:sz w:val="24"/>
        </w:rPr>
        <w:t>(Choose the applicable power(s) by placing your initials in the preceding space)</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b/>
          <w:sz w:val="24"/>
        </w:rPr>
        <w:t>BANKING</w:t>
      </w:r>
      <w:r>
        <w:rPr>
          <w:rFonts w:ascii="Times New Roman" w:hAnsi="Times New Roman" w:eastAsia="Times New Roman" w:cs="Times New Roman"/>
          <w:sz w:val="24"/>
        </w:rPr>
        <w:t xml:space="preserve"> - To receive and deposit funds in any financial institution, and to withdraw funds by check or otherwise to pay for goods, services, and any other personal and business expenses for my benefit.  If necessary, to effect my attorney-in-fact’s powers, my attorney-in-fact is authorized to execute any document required to be signed by such banking institution.</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b/>
          <w:sz w:val="24"/>
        </w:rPr>
        <w:t>SAFE DEPOSIT BOX</w:t>
      </w:r>
      <w:r>
        <w:rPr>
          <w:rFonts w:ascii="Times New Roman" w:hAnsi="Times New Roman" w:eastAsia="Times New Roman" w:cs="Times New Roman"/>
          <w:sz w:val="24"/>
        </w:rPr>
        <w:t xml:space="preserve"> - To have access at any time or times to any safe-deposit box rented by me or to which I may have access, wheresoever located, including drilling, if necessary, and to remove all or any part of the contents thereof, and to surrender or relinquish said safe-deposit box; and any institution in which any such safe-deposit box may be located shall not incur any liability to me or my estate as a result of permitting my attorney-in-fact to exercise this power.</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b/>
          <w:sz w:val="24"/>
        </w:rPr>
        <w:t>LENDING OR BORROWING</w:t>
      </w:r>
      <w:r>
        <w:rPr>
          <w:rFonts w:ascii="Times New Roman" w:hAnsi="Times New Roman" w:eastAsia="Times New Roman" w:cs="Times New Roman"/>
          <w:sz w:val="24"/>
        </w:rPr>
        <w:t xml:space="preserve"> - To make loans in my name; to borrow money in my name, individually or jointly with others; to give promissory notes or other obligations therefor; and to deposit or mortgage as collateral or for security for the payment thereof any or all of my securities, real estate, personal property, or other property of whatever nature and wherever situated, held by me personally or in trust for my benefit.</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b/>
          <w:sz w:val="24"/>
        </w:rPr>
        <w:t>GOVERNMENT BENEFITS</w:t>
      </w:r>
      <w:r>
        <w:rPr>
          <w:rFonts w:ascii="Times New Roman" w:hAnsi="Times New Roman" w:eastAsia="Times New Roman" w:cs="Times New Roman"/>
          <w:sz w:val="24"/>
        </w:rPr>
        <w:t xml:space="preserve"> - To apply for and receive any government benefits for which I may be eligible or become eligible, including but not limited to, Social Security, Medicare and Medicaid.</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b/>
          <w:sz w:val="24"/>
        </w:rPr>
        <w:t>RETIREMENT PLAN</w:t>
      </w:r>
      <w:r>
        <w:rPr>
          <w:rFonts w:ascii="Times New Roman" w:hAnsi="Times New Roman" w:eastAsia="Times New Roman" w:cs="Times New Roman"/>
          <w:sz w:val="24"/>
        </w:rPr>
        <w:t xml:space="preserve"> - To contribute to, select payment option of, roll-over, and receive benefits of any retirement plan or IRA I may own, except my attorney-in-fact shall not have power to change the beneficiary of any of my retirement plans or IRAs.</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b/>
          <w:sz w:val="24"/>
        </w:rPr>
        <w:t>TAXES</w:t>
      </w:r>
      <w:r>
        <w:rPr>
          <w:rFonts w:ascii="Times New Roman" w:hAnsi="Times New Roman" w:eastAsia="Times New Roman" w:cs="Times New Roman"/>
          <w:sz w:val="24"/>
        </w:rPr>
        <w:t xml:space="preserve"> - To complete and sign any local, state and federal tax returns on my behalf, pay any taxes and assessments due and receive credits and refunds owed to me and to sign any tax agency documents necessary to effectuate these powers.</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sz w:val="24"/>
        </w:rPr>
        <w:t xml:space="preserve"> - To purchase, pay premiums and make claims on life, health, automobile and homeowners' insurance on my behalf, except my attorney-in-fact shall not have the power to cash in or change the beneficiary of any life insurance policy.</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b/>
          <w:sz w:val="24"/>
        </w:rPr>
        <w:t>REAL ESTATE</w:t>
      </w:r>
      <w:r>
        <w:rPr>
          <w:rFonts w:ascii="Times New Roman" w:hAnsi="Times New Roman" w:eastAsia="Times New Roman" w:cs="Times New Roman"/>
          <w:sz w:val="24"/>
        </w:rPr>
        <w:t xml:space="preserve"> - To acquire, purchase, exchange, lease, grant options to sell, and sell and convey real property, or any interests therein, on such terms and conditions, including credit arrangements, as my attorney-in-fact shall deem proper; to execute, acknowledge and deliver, under seal or otherwise, any and all assignments, transfers, deeds, papers, documents or instruments which my attorney-in-fact shall deem necessary in connection therewith.</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b/>
          <w:sz w:val="24"/>
        </w:rPr>
        <w:t>PERSONAL PROPERTY</w:t>
      </w:r>
      <w:r>
        <w:rPr>
          <w:rFonts w:ascii="Times New Roman" w:hAnsi="Times New Roman" w:eastAsia="Times New Roman" w:cs="Times New Roman"/>
          <w:sz w:val="24"/>
        </w:rPr>
        <w:t xml:space="preserve"> - To acquire, purchase, exchange, lease, grant options to sell, and sell and convey personal property, or any interests therein, on such terms and conditions, including credit arrangements, as my attorney-in-fact shall deem proper; to execute, acknowledge and deliver, under seal or otherwise, any and all assignments, transfers, titles, papers, documents or instruments which my attorney-in-fact shall deem necessary in connection therewith; to purchase, sell or otherwise dispose of, assign, transfer and convey shares of stock, bonds, securities and other personal property now or hereafter belonging to me, whether standing in my name or otherwise, and wherever situated.</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b/>
          <w:sz w:val="24"/>
        </w:rPr>
        <w:t>POWER TO MANAGE PROPERTY</w:t>
      </w:r>
      <w:r>
        <w:rPr>
          <w:rFonts w:ascii="Times New Roman" w:hAnsi="Times New Roman" w:eastAsia="Times New Roman" w:cs="Times New Roman"/>
          <w:sz w:val="24"/>
        </w:rPr>
        <w:t>- To maintain, repair, improve, invest, manage, insure, rent, lease, encumber, and in any manner deal with any real or personal property, tangible or intangible, or any interests therein, that I now own or may hereafter acquire, in my name and for my benefit, upon such terms and conditions as my attorney-in-fact shall deem proper.</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b/>
          <w:sz w:val="24"/>
        </w:rPr>
        <w:t>GIFTS</w:t>
      </w:r>
      <w:r>
        <w:rPr>
          <w:rFonts w:ascii="Times New Roman" w:hAnsi="Times New Roman" w:eastAsia="Times New Roman" w:cs="Times New Roman"/>
          <w:sz w:val="24"/>
        </w:rPr>
        <w:t xml:space="preserve"> -  To make gifts, grants, or other transfers (including the forgiveness of indebtedness and the completion of any charitable pledges I may have made) without consideration, either outright or in trust to such person(s) (including my attorney-in-fact hereunder) or organizations as my attorney-in-fact shall select, including, without limitation, the following actions: (a) transfer by gift in advancement of a bequest or devise to beneficiaries under my will or in the absence of a will to my spouse and descendants in whatever degree; and (b) release of any life interest, or waiver, renunciation, disclaimer, or declination of any gift to me by will, deed, or trust</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b/>
          <w:sz w:val="24"/>
        </w:rPr>
        <w:t>LEGAL ADVICE AND PROCEEDINGS</w:t>
      </w:r>
      <w:r>
        <w:rPr>
          <w:rFonts w:ascii="Times New Roman" w:hAnsi="Times New Roman" w:eastAsia="Times New Roman" w:cs="Times New Roman"/>
          <w:sz w:val="24"/>
        </w:rPr>
        <w:t xml:space="preserve"> - To obtain and pay for legal advice, to initiate or defend legal and administrative proceedings on my behalf, including actions against third parties who refuse, without cause, to honor this instrument.</w:t>
      </w:r>
    </w:p>
    <w:p>
      <w:pPr/>
    </w:p>
    <w:p>
      <w:pPr/>
      <w:r>
        <w:rPr>
          <w:rFonts w:ascii="Times New Roman" w:hAnsi="Times New Roman" w:eastAsia="Times New Roman" w:cs="Times New Roman"/>
          <w:b/>
          <w:sz w:val="24"/>
        </w:rPr>
        <w:t xml:space="preserve">SPECIAL INSTRUCTIONS: </w:t>
      </w:r>
      <w:r>
        <w:rPr>
          <w:rFonts w:ascii="Times New Roman" w:hAnsi="Times New Roman" w:eastAsia="Times New Roman" w:cs="Times New Roman"/>
          <w:sz w:val="24"/>
        </w:rPr>
        <w:t>On the following lines are any special instructions limiting or extending the powers I give to my attorney-in-fact (Write “None” if no additional instructions are given):</w:t>
      </w:r>
    </w:p>
    <w:p>
      <w:pPr/>
      <w:r>
        <w:rPr>
          <w:rFonts w:ascii="Times New Roman" w:hAnsi="Times New Roman" w:eastAsia="Times New Roman" w:cs="Times New Roman"/>
          <w:sz w:val="24"/>
        </w:rPr>
        <w:t>[DESCRIBE SPECIAL INSTRUCTIONS IF ANY]</w:t>
      </w:r>
    </w:p>
    <w:p>
      <w:pPr/>
    </w:p>
    <w:p>
      <w:pPr/>
      <w:r>
        <w:rPr>
          <w:rFonts w:ascii="Times New Roman" w:hAnsi="Times New Roman" w:eastAsia="Times New Roman" w:cs="Times New Roman"/>
          <w:b/>
          <w:sz w:val="24"/>
        </w:rPr>
        <w:t>AUTHORITY OF ATTORNEY-IN-FACT:</w:t>
      </w:r>
      <w:r>
        <w:rPr>
          <w:rFonts w:ascii="Times New Roman" w:hAnsi="Times New Roman" w:eastAsia="Times New Roman" w:cs="Times New Roman"/>
          <w:sz w:val="24"/>
        </w:rPr>
        <w:t xml:space="preserve"> Any party dealing with my attorney-in-fact hereunder may rely absolutely on the authority granted herein and need not look to the application of any proceeds nor the authority of my attorney-in-fact as to any action taken hereunder. In this regard, no person who may in good faith act in reliance upon the representations of my attorney-in-fact or the authority granted hereunder shall incur any liability to me or my estate as a result of such act. I hereby ratify and confirm whatever my attorney-in-fact shall lawfully do under this instrument.  My attorney-in-fact is authorized as he or she deems necessary to bring an action in court so that this instrument shall be given the full power and effect that I intend on by executing it.</w:t>
      </w:r>
    </w:p>
    <w:p>
      <w:pPr/>
    </w:p>
    <w:p>
      <w:pPr/>
      <w:r>
        <w:rPr>
          <w:rFonts w:ascii="Times New Roman" w:hAnsi="Times New Roman" w:eastAsia="Times New Roman" w:cs="Times New Roman"/>
          <w:b/>
          <w:sz w:val="24"/>
        </w:rPr>
        <w:t>LIABILITY OF ATTORNEY-IN-FACT</w:t>
      </w:r>
      <w:r>
        <w:rPr>
          <w:rFonts w:ascii="Times New Roman" w:hAnsi="Times New Roman" w:eastAsia="Times New Roman" w:cs="Times New Roman"/>
          <w:sz w:val="24"/>
        </w:rPr>
        <w:t>: My attorney-in-fact shall not incur any liability to me under this power except for a breach of fiduciary duty.</w:t>
      </w:r>
    </w:p>
    <w:p>
      <w:pPr/>
    </w:p>
    <w:p>
      <w:pPr/>
      <w:r>
        <w:rPr>
          <w:rFonts w:ascii="Times New Roman" w:hAnsi="Times New Roman" w:eastAsia="Times New Roman" w:cs="Times New Roman"/>
          <w:b/>
          <w:sz w:val="24"/>
        </w:rPr>
        <w:t>REIMBURSEMENT OF ATTORNEY-IN-FACT</w:t>
      </w:r>
      <w:r>
        <w:rPr>
          <w:rFonts w:ascii="Times New Roman" w:hAnsi="Times New Roman" w:eastAsia="Times New Roman" w:cs="Times New Roman"/>
          <w:sz w:val="24"/>
        </w:rPr>
        <w:t>: My attorney-in-fact is entitled to reimbursement for reasonable expenses incurred in exercising powers hereunder, and to reasonable compensation for services provided as attorney-in-fact.</w:t>
      </w:r>
    </w:p>
    <w:p>
      <w:pPr/>
    </w:p>
    <w:p>
      <w:pPr/>
      <w:r>
        <w:rPr>
          <w:rFonts w:ascii="Times New Roman" w:hAnsi="Times New Roman" w:eastAsia="Times New Roman" w:cs="Times New Roman"/>
          <w:b/>
          <w:sz w:val="24"/>
        </w:rPr>
        <w:t>AMENDMENT AND REVOCATION</w:t>
      </w:r>
      <w:r>
        <w:rPr>
          <w:rFonts w:ascii="Times New Roman" w:hAnsi="Times New Roman" w:eastAsia="Times New Roman" w:cs="Times New Roman"/>
          <w:sz w:val="24"/>
        </w:rPr>
        <w:t>: I can amend or revoke this power of attorney through a writing delivered to my attorney-in-fact. Any amendment or revocation is ineffective as to a third party until such third party has notice of such revocation or amendment.</w:t>
      </w:r>
    </w:p>
    <w:p>
      <w:pPr/>
    </w:p>
    <w:p>
      <w:pPr/>
      <w:r>
        <w:rPr>
          <w:rFonts w:ascii="Times New Roman" w:hAnsi="Times New Roman" w:eastAsia="Times New Roman" w:cs="Times New Roman"/>
          <w:b/>
          <w:sz w:val="24"/>
        </w:rPr>
        <w:t>STATE LAW</w:t>
      </w:r>
      <w:r>
        <w:rPr>
          <w:rFonts w:ascii="Times New Roman" w:hAnsi="Times New Roman" w:eastAsia="Times New Roman" w:cs="Times New Roman"/>
          <w:sz w:val="24"/>
        </w:rPr>
        <w:t>: This Power of Attorney is governed by the laws of the State of Tennessee.</w:t>
      </w:r>
    </w:p>
    <w:p>
      <w:pPr/>
    </w:p>
    <w:p>
      <w:pPr/>
      <w:r>
        <w:rPr>
          <w:rFonts w:ascii="Times New Roman" w:hAnsi="Times New Roman" w:eastAsia="Times New Roman" w:cs="Times New Roman"/>
          <w:b/>
          <w:sz w:val="24"/>
        </w:rPr>
        <w:t>PHOTOCOPIES</w:t>
      </w:r>
      <w:r>
        <w:rPr>
          <w:rFonts w:ascii="Times New Roman" w:hAnsi="Times New Roman" w:eastAsia="Times New Roman" w:cs="Times New Roman"/>
          <w:sz w:val="24"/>
        </w:rPr>
        <w:t>: Photocopies of this document can be relied upon as though they were originals.</w:t>
      </w:r>
    </w:p>
    <w:p>
      <w:pPr/>
    </w:p>
    <w:p>
      <w:pPr/>
      <w:r>
        <w:rPr>
          <w:rFonts w:ascii="Times New Roman" w:hAnsi="Times New Roman" w:eastAsia="Times New Roman" w:cs="Times New Roman"/>
          <w:sz w:val="24"/>
        </w:rPr>
        <w:t xml:space="preserve">IN WITNESS WHEREOF, I have on </w:t>
      </w:r>
      <w:r>
        <w:rPr>
          <w:rFonts w:ascii="Times New Roman" w:hAnsi="Times New Roman" w:eastAsia="Times New Roman" w:cs="Times New Roman"/>
          <w:sz w:val="24"/>
        </w:rPr>
        <w:t>[DATE]</w:t>
      </w:r>
      <w:r>
        <w:rPr>
          <w:rFonts w:ascii="Times New Roman" w:hAnsi="Times New Roman" w:eastAsia="Times New Roman" w:cs="Times New Roman"/>
          <w:sz w:val="24"/>
        </w:rPr>
        <w:t>, executed this Financial Power of Attorney.</w:t>
      </w:r>
    </w:p>
    <w:p>
      <w:pPr/>
      <w:r>
        <w:rPr>
          <w:rFonts w:ascii="Times New Roman" w:hAnsi="Times New Roman" w:eastAsia="Times New Roman" w:cs="Times New Roman"/>
          <w:sz w:val="24"/>
        </w:rPr>
        <w:tab/>
        <w:tab/>
        <w:tab/>
        <w:tab/>
        <w:tab/>
        <w:tab/>
      </w:r>
    </w:p>
    <w:p>
      <w:pPr/>
      <w:r>
        <w:rPr>
          <w:rFonts w:ascii="Times New Roman" w:hAnsi="Times New Roman" w:eastAsia="Times New Roman" w:cs="Times New Roman"/>
          <w:sz w:val="24"/>
        </w:rPr>
        <w:t>__________________________________</w:t>
      </w:r>
    </w:p>
    <w:p>
      <w:pPr/>
      <w:r>
        <w:rPr>
          <w:rFonts w:ascii="Times New Roman" w:hAnsi="Times New Roman" w:eastAsia="Times New Roman" w:cs="Times New Roman"/>
          <w:sz w:val="24"/>
        </w:rPr>
        <w:t>Principal’s Signature</w:t>
      </w:r>
    </w:p>
    <w:p>
      <w:pPr/>
    </w:p>
    <w:p>
      <w:pPr/>
      <w:r>
        <w:rPr>
          <w:rFonts w:ascii="Times New Roman" w:hAnsi="Times New Roman" w:eastAsia="Times New Roman" w:cs="Times New Roman"/>
          <w:sz w:val="24"/>
        </w:rPr>
        <w:tab/>
        <w:tab/>
        <w:tab/>
        <w:tab/>
      </w: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 OF PRINCIPAL]</w:t>
      </w:r>
    </w:p>
    <w:p>
      <w:pPr/>
    </w:p>
    <w:p>
      <w:pPr/>
      <w:r>
        <w:rPr>
          <w:rFonts w:ascii="Times New Roman" w:hAnsi="Times New Roman" w:eastAsia="Times New Roman" w:cs="Times New Roman"/>
          <w:sz w:val="24"/>
        </w:rPr>
        <w:t>[NAME OF COUNTY]</w:t>
      </w:r>
      <w:r>
        <w:rPr>
          <w:rFonts w:ascii="Times New Roman" w:hAnsi="Times New Roman" w:eastAsia="Times New Roman" w:cs="Times New Roman"/>
          <w:sz w:val="24"/>
        </w:rPr>
        <w:t xml:space="preserve"> County, ss. </w:t>
      </w:r>
    </w:p>
    <w:p>
      <w:pPr/>
    </w:p>
    <w:p>
      <w:pPr/>
    </w:p>
    <w:p>
      <w:pPr/>
      <w:r>
        <w:rPr>
          <w:rFonts w:ascii="Times New Roman" w:hAnsi="Times New Roman" w:eastAsia="Times New Roman" w:cs="Times New Roman"/>
          <w:sz w:val="24"/>
        </w:rPr>
        <w:tab/>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before me appeared </w:t>
      </w:r>
      <w:r>
        <w:rPr>
          <w:rFonts w:ascii="Times New Roman" w:hAnsi="Times New Roman" w:eastAsia="Times New Roman" w:cs="Times New Roman"/>
          <w:sz w:val="24"/>
        </w:rPr>
        <w:t>[NAME OF PRINCIPAL]</w:t>
      </w:r>
      <w:r>
        <w:rPr>
          <w:rFonts w:ascii="Times New Roman" w:hAnsi="Times New Roman" w:eastAsia="Times New Roman" w:cs="Times New Roman"/>
          <w:sz w:val="24"/>
        </w:rPr>
        <w:t>, as Principal of this Power of Attorney who proved to me through government issued photo identification to be the above-named person, in my presence executed foregoing instrument and acknowledged that (s)he executed the same as his/her free act and deed.</w:t>
      </w:r>
    </w:p>
    <w:p>
      <w:pPr>
        <w:ind w:firstLine="720"/>
      </w:pPr>
      <w:r>
        <w:rPr>
          <w:rFonts w:ascii="Times New Roman" w:hAnsi="Times New Roman" w:eastAsia="Times New Roman" w:cs="Times New Roman"/>
          <w:sz w:val="24"/>
        </w:rPr>
        <w:tab/>
        <w:tab/>
        <w:tab/>
        <w:tab/>
        <w:tab/>
        <w:tab/>
      </w:r>
    </w:p>
    <w:p>
      <w:pPr/>
      <w:r>
        <w:rPr>
          <w:rFonts w:ascii="Times New Roman" w:hAnsi="Times New Roman" w:eastAsia="Times New Roman" w:cs="Times New Roman"/>
          <w:sz w:val="24"/>
        </w:rPr>
        <w:t>__________________________________</w:t>
      </w:r>
    </w:p>
    <w:p>
      <w:pPr/>
      <w:r>
        <w:rPr>
          <w:rFonts w:ascii="Times New Roman" w:hAnsi="Times New Roman" w:eastAsia="Times New Roman" w:cs="Times New Roman"/>
          <w:sz w:val="24"/>
        </w:rPr>
        <w:t>Notary Public</w:t>
        <w:tab/>
      </w:r>
    </w:p>
    <w:p>
      <w:pPr/>
      <w:r>
        <w:rPr>
          <w:rFonts w:ascii="Times New Roman" w:hAnsi="Times New Roman" w:eastAsia="Times New Roman" w:cs="Times New Roman"/>
          <w:sz w:val="24"/>
        </w:rPr>
        <w:t>(seal, if any)</w:t>
      </w:r>
    </w:p>
    <w:p>
      <w:pPr/>
      <w:r>
        <w:rPr>
          <w:rFonts w:ascii="Times New Roman" w:hAnsi="Times New Roman" w:eastAsia="Times New Roman" w:cs="Times New Roman"/>
          <w:sz w:val="24"/>
        </w:rPr>
        <w:t>[NOTARY PUBLIC NAME]</w:t>
      </w:r>
    </w:p>
    <w:p>
      <w:pPr/>
      <w:r>
        <w:rPr>
          <w:rFonts w:ascii="Times New Roman" w:hAnsi="Times New Roman" w:eastAsia="Times New Roman" w:cs="Times New Roman"/>
          <w:sz w:val="24"/>
        </w:rPr>
        <w:t>Print Name</w:t>
      </w:r>
    </w:p>
    <w:p>
      <w:pPr/>
      <w:r>
        <w:rPr>
          <w:rFonts w:ascii="Times New Roman" w:hAnsi="Times New Roman" w:eastAsia="Times New Roman" w:cs="Times New Roman"/>
          <w:sz w:val="24"/>
        </w:rPr>
        <w:tab/>
        <w:tab/>
        <w:tab/>
        <w:tab/>
        <w:tab/>
        <w:tab/>
      </w:r>
    </w:p>
    <w:p>
      <w:pPr/>
      <w:r>
        <w:rPr>
          <w:rFonts w:ascii="Times New Roman" w:hAnsi="Times New Roman" w:eastAsia="Times New Roman" w:cs="Times New Roman"/>
          <w:sz w:val="24"/>
        </w:rPr>
        <w:t xml:space="preserve">My commission expires: </w:t>
      </w:r>
      <w:r>
        <w:rPr>
          <w:rFonts w:ascii="Times New Roman" w:hAnsi="Times New Roman" w:eastAsia="Times New Roman" w:cs="Times New Roman"/>
          <w:sz w:val="24"/>
        </w:rPr>
        <w:t>[DATE COMMISSION EXPIRES]</w:t>
      </w:r>
    </w:p>
    <w:p>
      <w:pPr/>
    </w:p>
    <w:p>
      <w:pPr>
        <w:jc w:val="center"/>
      </w:pPr>
    </w:p>
    <w:p>
      <w:pPr>
        <w:jc w:val="center"/>
      </w:pPr>
      <w:r>
        <w:rPr>
          <w:rFonts w:ascii="Times New Roman" w:hAnsi="Times New Roman" w:eastAsia="Times New Roman" w:cs="Times New Roman"/>
          <w:b/>
          <w:sz w:val="24"/>
        </w:rPr>
        <w:t>SPECIMEN SIGNATURE AND ACCEPTANCE OF APPOINTMENT</w:t>
      </w:r>
    </w:p>
    <w:p>
      <w:pPr/>
      <w:r>
        <w:rPr>
          <w:rFonts w:ascii="Times New Roman" w:hAnsi="Times New Roman" w:eastAsia="Times New Roman" w:cs="Times New Roman"/>
          <w:sz w:val="24"/>
        </w:rPr>
        <w:tab/>
      </w: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[NAME OF ATTORNEY-IN-FACT]</w:t>
      </w:r>
      <w:r>
        <w:rPr>
          <w:rFonts w:ascii="Times New Roman" w:hAnsi="Times New Roman" w:eastAsia="Times New Roman" w:cs="Times New Roman"/>
          <w:sz w:val="24"/>
        </w:rPr>
        <w:t xml:space="preserve">, the attorney-in-fact named above, hereby accept </w:t>
      </w:r>
    </w:p>
    <w:p>
      <w:pPr/>
      <w:r>
        <w:rPr>
          <w:rFonts w:ascii="Times New Roman" w:hAnsi="Times New Roman" w:eastAsia="Times New Roman" w:cs="Times New Roman"/>
          <w:sz w:val="24"/>
        </w:rPr>
        <w:t>appointment as attorney-in-fact in accordance with the foregoing instrument.</w:t>
      </w:r>
    </w:p>
    <w:p>
      <w:pPr/>
      <w:r>
        <w:rPr>
          <w:rFonts w:ascii="Times New Roman" w:hAnsi="Times New Roman" w:eastAsia="Times New Roman" w:cs="Times New Roman"/>
          <w:sz w:val="24"/>
        </w:rPr>
        <w:tab/>
        <w:tab/>
        <w:tab/>
        <w:tab/>
      </w:r>
    </w:p>
    <w:p>
      <w:pPr/>
      <w:r>
        <w:rPr>
          <w:rFonts w:ascii="Times New Roman" w:hAnsi="Times New Roman" w:eastAsia="Times New Roman" w:cs="Times New Roman"/>
          <w:sz w:val="24"/>
        </w:rPr>
        <w:t>__________________________________</w:t>
      </w:r>
    </w:p>
    <w:p>
      <w:pPr/>
      <w:r>
        <w:rPr>
          <w:rFonts w:ascii="Times New Roman" w:hAnsi="Times New Roman" w:eastAsia="Times New Roman" w:cs="Times New Roman"/>
          <w:sz w:val="24"/>
        </w:rPr>
        <w:t>Attorney-in-Fact’s Signature</w:t>
      </w:r>
    </w:p>
    <w:p>
      <w:pP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 OF AGENT]</w:t>
      </w:r>
    </w:p>
    <w:p>
      <w:pPr/>
    </w:p>
    <w:p>
      <w:pPr/>
      <w:r>
        <w:rPr>
          <w:rFonts w:ascii="Times New Roman" w:hAnsi="Times New Roman" w:eastAsia="Times New Roman" w:cs="Times New Roman"/>
          <w:sz w:val="24"/>
        </w:rPr>
        <w:t>[NAME OF COUNTY]</w:t>
      </w:r>
      <w:r>
        <w:rPr>
          <w:rFonts w:ascii="Times New Roman" w:hAnsi="Times New Roman" w:eastAsia="Times New Roman" w:cs="Times New Roman"/>
          <w:sz w:val="24"/>
        </w:rPr>
        <w:t xml:space="preserve"> County, ss. </w:t>
      </w:r>
    </w:p>
    <w:p>
      <w:pPr/>
      <w:r>
        <w:rPr>
          <w:rFonts w:ascii="Times New Roman" w:hAnsi="Times New Roman" w:eastAsia="Times New Roman" w:cs="Times New Roman"/>
          <w:sz w:val="24"/>
        </w:rPr>
        <w:tab/>
        <w:tab/>
        <w:tab/>
        <w:tab/>
      </w:r>
    </w:p>
    <w:p>
      <w:pP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before me appeared </w:t>
      </w:r>
      <w:r>
        <w:rPr>
          <w:rFonts w:ascii="Times New Roman" w:hAnsi="Times New Roman" w:eastAsia="Times New Roman" w:cs="Times New Roman"/>
          <w:sz w:val="24"/>
        </w:rPr>
        <w:t>[NAME OF ATTORNEY-IN-FACT]</w:t>
      </w:r>
      <w:r>
        <w:rPr>
          <w:rFonts w:ascii="Times New Roman" w:hAnsi="Times New Roman" w:eastAsia="Times New Roman" w:cs="Times New Roman"/>
          <w:sz w:val="24"/>
        </w:rPr>
        <w:t>, as Attorney-in-Fact of this Power of Attorney who proved to me through government issued photo identification to be the above-named person, in my presence executed the foregoing acceptance of appointment and acknowledged that (s)he executed the same as his/her free act and deed.</w:t>
      </w:r>
    </w:p>
    <w:p>
      <w:pPr/>
      <w:r>
        <w:rPr>
          <w:rFonts w:ascii="Times New Roman" w:hAnsi="Times New Roman" w:eastAsia="Times New Roman" w:cs="Times New Roman"/>
          <w:sz w:val="24"/>
        </w:rPr>
        <w:tab/>
        <w:tab/>
        <w:tab/>
        <w:tab/>
        <w:tab/>
        <w:tab/>
      </w:r>
    </w:p>
    <w:p>
      <w:pPr/>
      <w:r>
        <w:rPr>
          <w:rFonts w:ascii="Times New Roman" w:hAnsi="Times New Roman" w:eastAsia="Times New Roman" w:cs="Times New Roman"/>
          <w:sz w:val="24"/>
        </w:rPr>
        <w:t>__________________________________</w:t>
      </w:r>
    </w:p>
    <w:p>
      <w:pPr/>
      <w:r>
        <w:rPr>
          <w:rFonts w:ascii="Times New Roman" w:hAnsi="Times New Roman" w:eastAsia="Times New Roman" w:cs="Times New Roman"/>
          <w:sz w:val="24"/>
        </w:rPr>
        <w:t>Notary Public</w:t>
        <w:tab/>
      </w:r>
    </w:p>
    <w:p>
      <w:pPr/>
      <w:r>
        <w:rPr>
          <w:rFonts w:ascii="Times New Roman" w:hAnsi="Times New Roman" w:eastAsia="Times New Roman" w:cs="Times New Roman"/>
          <w:sz w:val="24"/>
        </w:rPr>
        <w:t>(seal, if any)</w:t>
      </w:r>
    </w:p>
    <w:p>
      <w:pPr/>
      <w:r>
        <w:rPr>
          <w:rFonts w:ascii="Times New Roman" w:hAnsi="Times New Roman" w:eastAsia="Times New Roman" w:cs="Times New Roman"/>
          <w:sz w:val="24"/>
        </w:rPr>
        <w:t>[NOTARY PUBLIC NAME]</w:t>
      </w:r>
    </w:p>
    <w:p>
      <w:pPr/>
      <w:r>
        <w:rPr>
          <w:rFonts w:ascii="Times New Roman" w:hAnsi="Times New Roman" w:eastAsia="Times New Roman" w:cs="Times New Roman"/>
          <w:sz w:val="24"/>
        </w:rPr>
        <w:t>Print Name</w:t>
      </w:r>
    </w:p>
    <w:p>
      <w:pPr/>
      <w:r>
        <w:rPr>
          <w:rFonts w:ascii="Times New Roman" w:hAnsi="Times New Roman" w:eastAsia="Times New Roman" w:cs="Times New Roman"/>
          <w:sz w:val="24"/>
        </w:rPr>
        <w:tab/>
        <w:tab/>
        <w:tab/>
        <w:tab/>
        <w:tab/>
        <w:tab/>
      </w:r>
    </w:p>
    <w:p>
      <w:pPr/>
      <w:r>
        <w:rPr>
          <w:rFonts w:ascii="Times New Roman" w:hAnsi="Times New Roman" w:eastAsia="Times New Roman" w:cs="Times New Roman"/>
          <w:sz w:val="24"/>
        </w:rPr>
        <w:t xml:space="preserve">My commission expires: </w:t>
      </w:r>
      <w:r>
        <w:rPr>
          <w:rFonts w:ascii="Times New Roman" w:hAnsi="Times New Roman" w:eastAsia="Times New Roman" w:cs="Times New Roman"/>
          <w:sz w:val="24"/>
        </w:rPr>
        <w:t>[DATE COMMISSION EXPIRES]</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