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TENNESSEE</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Tennessee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