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TENNESSEE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Tennessee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Tennessee.</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