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Tennessee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Tennessee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