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TENNESSEE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66-28-301,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