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0" w:line="480" w:lineRule="auto"/>
        <w:jc w:val="center"/>
      </w:pPr>
      <w:r>
        <w:rPr>
          <w:rFonts w:ascii="Times New Roman" w:hAnsi="Times New Roman" w:eastAsia="Times New Roman" w:cs="Times New Roman"/>
          <w:b/>
          <w:sz w:val="24"/>
        </w:rPr>
        <w:t>TENNESSEE SELF-PROVING AFFIDAVIT</w:t>
      </w:r>
    </w:p>
    <w:p>
      <w:pPr/>
      <w:r>
        <w:rPr>
          <w:rFonts w:ascii="Times New Roman" w:hAnsi="Times New Roman" w:eastAsia="Times New Roman" w:cs="Times New Roman"/>
          <w:sz w:val="24"/>
        </w:rPr>
        <w:t xml:space="preserve">State of Tennessee </w:t>
        <w:tab/>
        <w:tab/>
        <w:tab/>
        <w:t xml:space="preserve">     } </w:t>
      </w: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 </w:t>
      </w:r>
    </w:p>
    <w:p>
      <w:pPr/>
    </w:p>
    <w:p>
      <w:pPr/>
      <w:r>
        <w:rPr>
          <w:rFonts w:ascii="Times New Roman" w:hAnsi="Times New Roman" w:eastAsia="Times New Roman" w:cs="Times New Roman"/>
          <w:sz w:val="24"/>
        </w:rPr>
        <w:t xml:space="preserve">I / We,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w:t>
      </w:r>
      <w:r>
        <w:rPr>
          <w:rFonts w:ascii="Times New Roman" w:hAnsi="Times New Roman" w:eastAsia="Times New Roman" w:cs="Times New Roman"/>
          <w:sz w:val="24"/>
        </w:rPr>
        <w:t>[WITNESS 1 NAME]</w:t>
      </w:r>
      <w:r>
        <w:rPr>
          <w:rFonts w:ascii="Times New Roman" w:hAnsi="Times New Roman" w:eastAsia="Times New Roman" w:cs="Times New Roman"/>
          <w:sz w:val="24"/>
        </w:rPr>
        <w:t xml:space="preserve">, </w:t>
      </w:r>
      <w:r>
        <w:rPr>
          <w:rFonts w:ascii="Times New Roman" w:hAnsi="Times New Roman" w:eastAsia="Times New Roman" w:cs="Times New Roman"/>
          <w:sz w:val="24"/>
        </w:rPr>
        <w:t>[WITNESS 2 NAME]</w:t>
      </w:r>
      <w:r>
        <w:rPr>
          <w:rFonts w:ascii="Times New Roman" w:hAnsi="Times New Roman" w:eastAsia="Times New Roman" w:cs="Times New Roman"/>
          <w:sz w:val="24"/>
        </w:rPr>
        <w:t xml:space="preserve">, whose names are signed to the foregoing instrument, being first duly sworn, do hereby declare to the undersigned authority that the Settlor(s) signed and executed the instrument as his/her </w:t>
      </w:r>
      <w:r>
        <w:rPr>
          <w:rFonts w:ascii="Times New Roman" w:hAnsi="Times New Roman" w:eastAsia="Times New Roman" w:cs="Times New Roman"/>
          <w:sz w:val="24"/>
        </w:rPr>
        <w:t>[DOCUMENT NAME]</w:t>
      </w:r>
      <w:r>
        <w:rPr>
          <w:rFonts w:ascii="Times New Roman" w:hAnsi="Times New Roman" w:eastAsia="Times New Roman" w:cs="Times New Roman"/>
          <w:sz w:val="24"/>
        </w:rPr>
        <w:t xml:space="preserve"> [Name of Document] and that he/she signed willingly, and that he/she executed it as his/her free and voluntary act for the purposes therein expressed, and that each of the individuals, in the presence of the Settlor(s) was at the time eighteen (18) or more years of age, of sound mind and under no constraint or undue influence. </w:t>
      </w:r>
    </w:p>
    <w:p>
      <w:pPr/>
    </w:p>
    <w:p>
      <w:pPr>
        <w:spacing w:before="200" w:after="0" w:line="480" w:lineRule="auto"/>
      </w:pPr>
      <w:r>
        <w:rPr>
          <w:rFonts w:ascii="Times New Roman" w:hAnsi="Times New Roman" w:eastAsia="Times New Roman" w:cs="Times New Roman"/>
          <w:sz w:val="24"/>
        </w:rPr>
        <w:t xml:space="preserve">Individual’s Signature </w:t>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Date __________________</w:t>
      </w:r>
    </w:p>
    <w:p>
      <w:pPr>
        <w:spacing w:before="200" w:after="0" w:line="480" w:lineRule="auto"/>
      </w:pPr>
      <w:r>
        <w:rPr>
          <w:rFonts w:ascii="Times New Roman" w:hAnsi="Times New Roman" w:eastAsia="Times New Roman" w:cs="Times New Roman"/>
          <w:sz w:val="24"/>
        </w:rPr>
        <w:t xml:space="preserve">Witness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__________________</w:t>
      </w:r>
    </w:p>
    <w:p>
      <w:pPr>
        <w:spacing w:before="200" w:after="0" w:line="480" w:lineRule="auto"/>
      </w:pPr>
      <w:r>
        <w:rPr>
          <w:rFonts w:ascii="Times New Roman" w:hAnsi="Times New Roman" w:eastAsia="Times New Roman" w:cs="Times New Roman"/>
          <w:sz w:val="24"/>
        </w:rPr>
        <w:t xml:space="preserve">Witness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__________________</w:t>
      </w:r>
    </w:p>
    <w:p>
      <w:pPr>
        <w:spacing w:before="200" w:after="0" w:line="480" w:lineRule="auto"/>
      </w:pPr>
    </w:p>
    <w:p>
      <w:pPr>
        <w:spacing w:before="200" w:after="0" w:line="480" w:lineRule="auto"/>
        <w:jc w:val="center"/>
      </w:pPr>
      <w:r>
        <w:rPr>
          <w:rFonts w:ascii="Times New Roman" w:hAnsi="Times New Roman" w:eastAsia="Times New Roman" w:cs="Times New Roman"/>
          <w:b/>
          <w:sz w:val="24"/>
        </w:rPr>
        <w:t>NOTARY ACKNOWLEDGMENT</w:t>
      </w:r>
    </w:p>
    <w:p>
      <w:pPr>
        <w:spacing w:before="200" w:after="0" w:line="240" w:lineRule="auto"/>
      </w:pPr>
      <w:r>
        <w:rPr>
          <w:rFonts w:ascii="Times New Roman" w:hAnsi="Times New Roman" w:eastAsia="Times New Roman" w:cs="Times New Roman"/>
          <w:sz w:val="24"/>
        </w:rPr>
        <w:t xml:space="preserve">On this </w:t>
      </w:r>
      <w:r>
        <w:rPr>
          <w:rFonts w:ascii="Times New Roman" w:hAnsi="Times New Roman" w:eastAsia="Times New Roman" w:cs="Times New Roman"/>
          <w:sz w:val="24"/>
        </w:rPr>
        <w:t>[DATE]</w:t>
      </w:r>
      <w:r>
        <w:rPr>
          <w:rFonts w:ascii="Times New Roman" w:hAnsi="Times New Roman" w:eastAsia="Times New Roman" w:cs="Times New Roman"/>
          <w:sz w:val="24"/>
        </w:rPr>
        <w:t xml:space="preserve">, personally appeared the above-named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w:t>
      </w:r>
      <w:r>
        <w:rPr>
          <w:rFonts w:ascii="Times New Roman" w:hAnsi="Times New Roman" w:eastAsia="Times New Roman" w:cs="Times New Roman"/>
          <w:sz w:val="24"/>
        </w:rPr>
        <w:t>[WITNESS 1 NAME]</w:t>
      </w:r>
      <w:r>
        <w:rPr>
          <w:rFonts w:ascii="Times New Roman" w:hAnsi="Times New Roman" w:eastAsia="Times New Roman" w:cs="Times New Roman"/>
          <w:sz w:val="24"/>
        </w:rPr>
        <w:t xml:space="preserve">, </w:t>
      </w:r>
      <w:r>
        <w:rPr>
          <w:rFonts w:ascii="Times New Roman" w:hAnsi="Times New Roman" w:eastAsia="Times New Roman" w:cs="Times New Roman"/>
          <w:sz w:val="24"/>
        </w:rPr>
        <w:t>[WITNESS 2 NAME]</w:t>
      </w:r>
      <w:r>
        <w:rPr>
          <w:rFonts w:ascii="Times New Roman" w:hAnsi="Times New Roman" w:eastAsia="Times New Roman" w:cs="Times New Roman"/>
          <w:sz w:val="24"/>
        </w:rPr>
        <w:t>, and acknowledged the foregoing to be (his/her) free act and deed, before me.</w:t>
      </w:r>
    </w:p>
    <w:p>
      <w:pPr>
        <w:spacing w:before="280" w:after="280"/>
      </w:pPr>
      <w:r>
        <w:rPr>
          <w:rFonts w:ascii="Times New Roman" w:hAnsi="Times New Roman" w:eastAsia="Times New Roman" w:cs="Times New Roman"/>
          <w:sz w:val="24"/>
        </w:rPr>
        <w:t>Subscribed and sworn to before me on the day and date first above written,</w:t>
      </w:r>
    </w:p>
    <w:p>
      <w:pPr>
        <w:spacing w:before="0" w:after="0" w:line="240" w:lineRule="auto"/>
      </w:pPr>
      <w:r>
        <w:rPr>
          <w:rFonts w:ascii="Times New Roman" w:hAnsi="Times New Roman" w:eastAsia="Times New Roman" w:cs="Times New Roman"/>
          <w:sz w:val="24"/>
        </w:rPr>
        <w:tab/>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My Commission Expires: </w:t>
      </w:r>
      <w:r>
        <w:rPr>
          <w:rFonts w:ascii="Times New Roman" w:hAnsi="Times New Roman" w:eastAsia="Times New Roman" w:cs="Times New Roman"/>
          <w:sz w:val="24"/>
        </w:rPr>
        <w:t>[DATE]</w:t>
      </w:r>
      <w:r>
        <w:rPr>
          <w:rFonts w:ascii="Times New Roman" w:hAnsi="Times New Roman" w:eastAsia="Times New Roman" w:cs="Times New Roman"/>
          <w:sz w:val="24"/>
        </w:rPr>
        <w:tab/>
        <w:t>Notary Public</w:t>
      </w:r>
    </w:p>
    <w:p>
      <w:pPr>
        <w:spacing w:line="240" w:lineRule="auto"/>
      </w:pPr>
      <w:r>
        <w:rPr>
          <w:rFonts w:ascii="Times New Roman" w:hAnsi="Times New Roman" w:eastAsia="Times New Roman" w:cs="Times New Roman"/>
          <w:sz w:val="24"/>
        </w:rPr>
        <w:t>Print ____________________</w:t>
      </w:r>
    </w:p>
    <w:p>
      <w:pPr>
        <w:spacing w:line="240" w:lineRule="auto"/>
      </w:pPr>
    </w:p>
    <w:p>
      <w:pPr>
        <w:spacing w:line="240" w:lineRule="auto"/>
      </w:pPr>
      <w:r>
        <w:rPr>
          <w:rFonts w:ascii="Times New Roman" w:hAnsi="Times New Roman" w:eastAsia="Times New Roman" w:cs="Times New Roman"/>
          <w:sz w:val="24"/>
        </w:rPr>
        <w:t>(Seal)</w:t>
        <w:tab/>
        <w:tab/>
        <w:tab/>
        <w:tab/>
        <w:tab/>
        <w:tab/>
        <w:tab/>
        <w:tab/>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