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Termination of Contract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Due to your notification that because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unforeseen occurrence there will be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indefinite delay in your shipments of [description of goods] under our contract dated [date], please be advised that we elect to terminate that contract.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