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Termination of Month-to-Month Tenancy Notice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NOTICE OF TERMINATION OF TENANCY</w:t>
      </w:r>
    </w:p>
    <w:p>
      <w:pPr>
        <w:keepNext w:val="0"/>
        <w:spacing w:before="200" w:after="0" w:line="260" w:lineRule="exact"/>
        <w:ind w:left="720" w:right="0" w:firstLine="0"/>
        <w:jc w:val="right"/>
      </w:pPr>
      <w:r>
        <w:rPr>
          <w:rFonts w:ascii="Times New Roman" w:hAnsi="Times New Roman" w:eastAsia="Times New Roman" w:cs="Times New Roman"/>
          <w:b w:val="0"/>
          <w:sz w:val="24"/>
        </w:rPr>
        <w:t>Date: [date]</w:t>
      </w:r>
    </w:p>
    <w:p>
      <w:pPr>
        <w:keepNext w:val="0"/>
        <w:spacing w:before="200" w:after="0" w:line="260" w:lineRule="exact"/>
        <w:ind w:left="720" w:right="0" w:firstLine="0"/>
        <w:jc w:val="both"/>
      </w:pPr>
      <w:r>
        <w:rPr>
          <w:rFonts w:ascii="Times New Roman" w:hAnsi="Times New Roman" w:eastAsia="Times New Roman" w:cs="Times New Roman"/>
          <w:b w:val="0"/>
          <w:sz w:val="24"/>
        </w:rPr>
        <w:t>To: [tenant’s name]</w:t>
      </w:r>
    </w:p>
    <w:p>
      <w:pPr>
        <w:keepNext w:val="0"/>
        <w:spacing w:before="200" w:after="0" w:line="260" w:lineRule="exact"/>
        <w:ind w:left="720" w:right="0" w:firstLine="0"/>
        <w:jc w:val="both"/>
      </w:pPr>
      <w:r>
        <w:rPr>
          <w:rFonts w:ascii="Times New Roman" w:hAnsi="Times New Roman" w:eastAsia="Times New Roman" w:cs="Times New Roman"/>
          <w:b w:val="0"/>
          <w:sz w:val="24"/>
        </w:rPr>
        <w:t>and all occupants</w:t>
      </w:r>
    </w:p>
    <w:p>
      <w:pPr>
        <w:keepNext w:val="0"/>
        <w:spacing w:before="200" w:after="0" w:line="260" w:lineRule="exact"/>
        <w:ind w:left="720" w:right="0" w:firstLine="0"/>
        <w:jc w:val="both"/>
      </w:pPr>
      <w:r>
        <w:rPr>
          <w:rFonts w:ascii="Times New Roman" w:hAnsi="Times New Roman" w:eastAsia="Times New Roman" w:cs="Times New Roman"/>
          <w:b w:val="0"/>
          <w:sz w:val="24"/>
        </w:rPr>
        <w:t>Address: [full address]</w:t>
      </w:r>
    </w:p>
    <w:p>
      <w:pPr>
        <w:keepNext w:val="0"/>
        <w:spacing w:before="200" w:after="0" w:line="260" w:lineRule="exact"/>
        <w:ind w:left="720" w:right="0" w:firstLine="0"/>
        <w:jc w:val="both"/>
      </w:pPr>
      <w:r>
        <w:rPr>
          <w:rFonts w:ascii="Times New Roman" w:hAnsi="Times New Roman" w:eastAsia="Times New Roman" w:cs="Times New Roman"/>
          <w:b w:val="0"/>
          <w:sz w:val="24"/>
        </w:rPr>
        <w:t>Via Regular Mail and Certified Mail with Return Receipt # _____</w:t>
      </w:r>
    </w:p>
    <w:p>
      <w:pPr>
        <w:keepNext w:val="0"/>
        <w:spacing w:before="200" w:after="0" w:line="260" w:lineRule="exact"/>
        <w:ind w:left="720" w:right="0" w:firstLine="0"/>
        <w:jc w:val="both"/>
      </w:pPr>
      <w:r>
        <w:rPr>
          <w:rFonts w:ascii="Times New Roman" w:hAnsi="Times New Roman" w:eastAsia="Times New Roman" w:cs="Times New Roman"/>
          <w:b w:val="0"/>
          <w:sz w:val="24"/>
        </w:rPr>
        <w:t>Re:</w:t>
        <w:tab/>
        <w:t>Property located at [full address of leased premises]</w:t>
      </w:r>
    </w:p>
    <w:p>
      <w:pPr>
        <w:keepNext w:val="0"/>
        <w:spacing w:before="200" w:after="0" w:line="260" w:lineRule="exact"/>
        <w:ind w:left="720" w:right="0" w:firstLine="0"/>
        <w:jc w:val="both"/>
      </w:pPr>
      <w:r>
        <w:rPr>
          <w:rFonts w:ascii="Times New Roman" w:hAnsi="Times New Roman" w:eastAsia="Times New Roman" w:cs="Times New Roman"/>
          <w:b w:val="0"/>
          <w:sz w:val="24"/>
        </w:rPr>
        <w:tab/>
        <w:t>– Notice of Termination of Tenancy</w:t>
      </w:r>
    </w:p>
    <w:p>
      <w:pPr>
        <w:keepNext w:val="0"/>
        <w:spacing w:before="200" w:after="0" w:line="260" w:lineRule="exact"/>
        <w:ind w:left="720" w:right="0" w:firstLine="0"/>
        <w:jc w:val="both"/>
      </w:pPr>
      <w:r>
        <w:rPr>
          <w:rFonts w:ascii="Times New Roman" w:hAnsi="Times New Roman" w:eastAsia="Times New Roman" w:cs="Times New Roman"/>
          <w:b w:val="0"/>
          <w:sz w:val="24"/>
        </w:rPr>
        <w:t>Greetings,</w:t>
      </w:r>
    </w:p>
    <w:p>
      <w:pPr>
        <w:keepNext w:val="0"/>
        <w:spacing w:before="200" w:after="0" w:line="260" w:lineRule="exact"/>
        <w:ind w:left="720" w:right="0" w:firstLine="0"/>
        <w:jc w:val="both"/>
      </w:pPr>
      <w:r>
        <w:rPr>
          <w:rFonts w:ascii="Times New Roman" w:hAnsi="Times New Roman" w:eastAsia="Times New Roman" w:cs="Times New Roman"/>
          <w:b w:val="0"/>
          <w:sz w:val="24"/>
        </w:rPr>
        <w:t>Notice of termination of tenancy in the property described above is given hereby. Please consider this as notice, pursuant to Texas Property Code Section 91.001, of termination of any leasehold in the property described above, effective as of the earliest date possible under Section 91.001 of the Texas Property Code or other applicable law [</w:t>
      </w:r>
      <w:r>
        <w:rPr>
          <w:rFonts w:ascii="Times New Roman" w:hAnsi="Times New Roman" w:eastAsia="Times New Roman" w:cs="Times New Roman"/>
          <w:b/>
          <w:sz w:val="24"/>
        </w:rPr>
        <w:t>ALTERNATE CLAUSE:</w:t>
      </w:r>
      <w:r>
        <w:rPr>
          <w:rFonts w:ascii="Times New Roman" w:hAnsi="Times New Roman" w:eastAsia="Times New Roman" w:cs="Times New Roman"/>
          <w:b w:val="0"/>
          <w:sz w:val="24"/>
        </w:rPr>
        <w:t xml:space="preserve"> as of the [day] day of [month], [year]].</w:t>
      </w:r>
    </w:p>
    <w:p>
      <w:pPr>
        <w:keepNext w:val="0"/>
        <w:spacing w:before="120" w:after="0" w:line="260" w:lineRule="exact"/>
        <w:ind w:left="720" w:right="0" w:firstLine="0"/>
        <w:jc w:val="left"/>
      </w:pPr>
      <w:r>
        <w:rPr>
          <w:rFonts w:ascii="Times New Roman" w:hAnsi="Times New Roman" w:eastAsia="Times New Roman" w:cs="Times New Roman"/>
          <w:b w:val="0"/>
          <w:sz w:val="24"/>
        </w:rPr>
        <w:t>Sincerely,</w:t>
      </w:r>
    </w:p>
    <w:p>
      <w:pPr>
        <w:keepNext w:val="0"/>
        <w:spacing w:before="120" w:after="0" w:line="260" w:lineRule="exact"/>
        <w:ind w:left="720" w:right="0" w:firstLine="0"/>
        <w:jc w:val="left"/>
      </w:pPr>
      <w:r>
        <w:rPr>
          <w:rFonts w:ascii="Times New Roman" w:hAnsi="Times New Roman" w:eastAsia="Times New Roman" w:cs="Times New Roman"/>
          <w:b w:val="0"/>
          <w:sz w:val="24"/>
        </w:rPr>
        <w:t>[company name (if applicable)]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w:t>
      </w:r>
    </w:p>
    <w:p>
      <w:pPr>
        <w:keepNext w:val="0"/>
        <w:spacing w:before="120" w:after="0" w:line="260" w:lineRule="exact"/>
        <w:ind w:left="720" w:right="0" w:firstLine="0"/>
        <w:jc w:val="left"/>
      </w:pPr>
      <w:r>
        <w:rPr>
          <w:rFonts w:ascii="Times New Roman" w:hAnsi="Times New Roman" w:eastAsia="Times New Roman" w:cs="Times New Roman"/>
          <w:b w:val="0"/>
          <w:sz w:val="24"/>
        </w:rPr>
        <w:t>[name and title (if applicable)]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