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[Name of production company]</w:t>
      </w:r>
    </w:p>
    <w:p>
      <w:pPr/>
      <w:r>
        <w:rPr>
          <w:rFonts w:ascii="Times New Roman" w:hAnsi="Times New Roman" w:eastAsia="Times New Roman" w:cs="Times New Roman"/>
          <w:sz w:val="24"/>
        </w:rPr>
        <w:t>[Address of production company]</w:t>
      </w:r>
    </w:p>
    <w:p>
      <w:pPr/>
      <w:r>
        <w:rPr>
          <w:rFonts w:ascii="Times New Roman" w:hAnsi="Times New Roman" w:eastAsia="Times New Roman" w:cs="Times New Roman"/>
          <w:sz w:val="24"/>
        </w:rPr>
        <w:t>[Date of agreement]</w:t>
      </w:r>
    </w:p>
    <w:p>
      <w:pPr/>
      <w:r>
        <w:rPr>
          <w:rFonts w:ascii="Times New Roman" w:hAnsi="Times New Roman" w:eastAsia="Times New Roman" w:cs="Times New Roman"/>
          <w:sz w:val="24"/>
        </w:rPr>
        <w:t>[Name of performer]</w:t>
      </w:r>
    </w:p>
    <w:p>
      <w:pPr/>
      <w:r>
        <w:rPr>
          <w:rFonts w:ascii="Times New Roman" w:hAnsi="Times New Roman" w:eastAsia="Times New Roman" w:cs="Times New Roman"/>
          <w:sz w:val="24"/>
        </w:rPr>
        <w:t>[Address of performer or name and address of performer's agency]</w:t>
      </w:r>
    </w:p>
    <w:p>
      <w:pPr/>
      <w:r>
        <w:rPr>
          <w:rFonts w:ascii="Times New Roman" w:hAnsi="Times New Roman" w:eastAsia="Times New Roman" w:cs="Times New Roman"/>
          <w:sz w:val="24"/>
        </w:rPr>
        <w:t xml:space="preserve">Attention: </w:t>
      </w:r>
      <w:r>
        <w:rPr>
          <w:rFonts w:ascii="Times New Roman" w:hAnsi="Times New Roman" w:eastAsia="Times New Roman" w:cs="Times New Roman"/>
          <w:sz w:val="24"/>
        </w:rPr>
        <w:t>[name of agent]</w:t>
      </w:r>
    </w:p>
    <w:p>
      <w:pPr/>
      <w:r>
        <w:rPr>
          <w:rFonts w:ascii="Times New Roman" w:hAnsi="Times New Roman" w:eastAsia="Times New Roman" w:cs="Times New Roman"/>
          <w:sz w:val="24"/>
        </w:rPr>
        <w:t>Re: "[name of Picture]" - [performer's name] Test Option Agreement</w:t>
      </w:r>
    </w:p>
    <w:p>
      <w:pPr/>
      <w:r>
        <w:rPr>
          <w:rFonts w:ascii="Times New Roman" w:hAnsi="Times New Roman" w:eastAsia="Times New Roman" w:cs="Times New Roman"/>
          <w:sz w:val="24"/>
        </w:rPr>
        <w:t>Dear [name of actor or agent]:</w:t>
      </w:r>
    </w:p>
    <w:p>
      <w:pPr/>
      <w:r>
        <w:rPr>
          <w:rFonts w:ascii="Times New Roman" w:hAnsi="Times New Roman" w:eastAsia="Times New Roman" w:cs="Times New Roman"/>
          <w:sz w:val="24"/>
        </w:rPr>
        <w:t>This letter will confirm the agreement ("Agreement") between [name of production company] ("Production Company") and [name of performer] ("Performer") in connection with Production Company's screen test of Performer and Production Company's exclusive and irrevocable option to engage Performer as an actor in connection with the motion picture tentatively entitled "[name of motion picture]" (the "Picture").</w:t>
      </w:r>
    </w:p>
    <w:p>
      <w:pPr/>
      <w:r>
        <w:rPr>
          <w:rFonts w:ascii="Times New Roman" w:hAnsi="Times New Roman" w:eastAsia="Times New Roman" w:cs="Times New Roman"/>
          <w:sz w:val="24"/>
        </w:rPr>
        <w:t>Test Option.</w:t>
      </w:r>
      <w:r>
        <w:rPr>
          <w:rFonts w:ascii="Times New Roman" w:hAnsi="Times New Roman" w:eastAsia="Times New Roman" w:cs="Times New Roman"/>
          <w:sz w:val="24"/>
        </w:rPr>
        <w:t xml:space="preserve"> In consideration of Production Company's potential engagement of Performer in connection with the Picture and Production Company's expenditure of funds in connection with the production of a screen test, the following shall apply:</w:t>
      </w:r>
    </w:p>
    <w:p>
      <w:pPr/>
      <w:r>
        <w:rPr>
          <w:rFonts w:ascii="Times New Roman" w:hAnsi="Times New Roman" w:eastAsia="Times New Roman" w:cs="Times New Roman"/>
          <w:sz w:val="24"/>
        </w:rPr>
        <w:t>Screen Test Services.</w:t>
      </w:r>
      <w:r>
        <w:rPr>
          <w:rFonts w:ascii="Times New Roman" w:hAnsi="Times New Roman" w:eastAsia="Times New Roman" w:cs="Times New Roman"/>
          <w:sz w:val="24"/>
        </w:rPr>
        <w:t xml:space="preserve"> Performer shall perform services in connection with a screen test to be held on [specify date] at [specify address of place OR a location to be designated by Production Company.</w:t>
      </w:r>
    </w:p>
    <w:p>
      <w:pPr/>
      <w:r>
        <w:rPr>
          <w:rFonts w:ascii="Times New Roman" w:hAnsi="Times New Roman" w:eastAsia="Times New Roman" w:cs="Times New Roman"/>
          <w:sz w:val="24"/>
        </w:rPr>
        <w:t>Option to Engage Services.</w:t>
      </w:r>
      <w:r>
        <w:rPr>
          <w:rFonts w:ascii="Times New Roman" w:hAnsi="Times New Roman" w:eastAsia="Times New Roman" w:cs="Times New Roman"/>
          <w:sz w:val="24"/>
        </w:rPr>
        <w:t xml:space="preserve"> Performer hereby grants to Production Company the exclusive and irrevocable option (the "Option") to engage Performer's exclusive services in connection with the Picture, in accordance with the terms and conditions set forth below. Subject to extension due to delays outside the control of Production Company, the Option shall be exercisable by Production Company (or its designee) on or before [specify date], and shall be confirmed promptly thereafter in writing. If the Option is not exercised by Production Company, this Agreement shall terminate and the remaining provisions of this Agreement shall be inoperative. Performer acknowledges that Production Company will be conducting its screen test of Performer in express reliance on Production Company's understanding that this letter accurately reflects the agreement reached between Performer and Production Company.</w:t>
      </w:r>
    </w:p>
    <w:p>
      <w:pPr/>
      <w:r>
        <w:rPr>
          <w:rFonts w:ascii="Times New Roman" w:hAnsi="Times New Roman" w:eastAsia="Times New Roman" w:cs="Times New Roman"/>
          <w:sz w:val="24"/>
        </w:rPr>
        <w:t>Compensation for Screen Test.</w:t>
      </w:r>
      <w:r>
        <w:rPr>
          <w:rFonts w:ascii="Times New Roman" w:hAnsi="Times New Roman" w:eastAsia="Times New Roman" w:cs="Times New Roman"/>
          <w:sz w:val="24"/>
        </w:rPr>
        <w:t xml:space="preserve"> Production Company shall pay Performer ([the applicable minimum amount, if any, for Performer's screen test services required pursuant to the SAG Basic Agreement] </w:t>
      </w:r>
      <w:r>
        <w:rPr>
          <w:rFonts w:ascii="Times New Roman" w:hAnsi="Times New Roman" w:eastAsia="Times New Roman" w:cs="Times New Roman"/>
          <w:sz w:val="24"/>
        </w:rPr>
        <w:t>or</w:t>
      </w:r>
      <w:r>
        <w:rPr>
          <w:rFonts w:ascii="Times New Roman" w:hAnsi="Times New Roman" w:eastAsia="Times New Roman" w:cs="Times New Roman"/>
          <w:sz w:val="24"/>
        </w:rPr>
        <w:t xml:space="preserve"> [specify amount, e.g., $500]). All compensation payable to Performer hereunder shall be paid to [specify name and address of Performer's agent].</w:t>
      </w:r>
    </w:p>
    <w:p>
      <w:pPr/>
      <w:r>
        <w:rPr>
          <w:rFonts w:ascii="Times New Roman" w:hAnsi="Times New Roman" w:eastAsia="Times New Roman" w:cs="Times New Roman"/>
          <w:sz w:val="24"/>
        </w:rPr>
        <w:t>Acting Services.</w:t>
      </w:r>
      <w:r>
        <w:rPr>
          <w:rFonts w:ascii="Times New Roman" w:hAnsi="Times New Roman" w:eastAsia="Times New Roman" w:cs="Times New Roman"/>
          <w:sz w:val="24"/>
        </w:rPr>
        <w:t xml:space="preserve"> If the Option is exercised, the following shall apply:</w:t>
      </w:r>
    </w:p>
    <w:p>
      <w:pPr/>
      <w:r>
        <w:rPr>
          <w:rFonts w:ascii="Times New Roman" w:hAnsi="Times New Roman" w:eastAsia="Times New Roman" w:cs="Times New Roman"/>
          <w:sz w:val="24"/>
        </w:rPr>
        <w:t>Role.</w:t>
      </w:r>
      <w:r>
        <w:rPr>
          <w:rFonts w:ascii="Times New Roman" w:hAnsi="Times New Roman" w:eastAsia="Times New Roman" w:cs="Times New Roman"/>
          <w:sz w:val="24"/>
        </w:rPr>
        <w:t xml:space="preserve"> Performer shall portray the role of "[specify role by name]" in the Picture.</w:t>
      </w:r>
    </w:p>
    <w:p>
      <w:pPr/>
      <w:r>
        <w:rPr>
          <w:rFonts w:ascii="Times New Roman" w:hAnsi="Times New Roman" w:eastAsia="Times New Roman" w:cs="Times New Roman"/>
          <w:sz w:val="24"/>
        </w:rPr>
        <w:t>Services.</w:t>
      </w:r>
      <w:r>
        <w:rPr>
          <w:rFonts w:ascii="Times New Roman" w:hAnsi="Times New Roman" w:eastAsia="Times New Roman" w:cs="Times New Roman"/>
          <w:sz w:val="24"/>
        </w:rPr>
        <w:t xml:space="preserve"> Performer shall render, on an exclusive basis, all services required by Production Company hereunder and all additional services customarily rendered by actors in first-class feature-length theatrical motion pictures in the motion picture industry, as, when and where [</w:t>
      </w:r>
      <w:r>
        <w:rPr>
          <w:rFonts w:ascii="Times New Roman" w:hAnsi="Times New Roman" w:eastAsia="Times New Roman" w:cs="Times New Roman"/>
          <w:sz w:val="24"/>
        </w:rPr>
        <w:t>reasonably</w:t>
      </w:r>
      <w:r>
        <w:rPr>
          <w:rFonts w:ascii="Times New Roman" w:hAnsi="Times New Roman" w:eastAsia="Times New Roman" w:cs="Times New Roman"/>
          <w:sz w:val="24"/>
        </w:rPr>
        <w:t>] required by Production Company, and agrees to comply with all directions, requests, rules and regulations of Production Company in connection therewith, whether or not the same involve matters</w:t>
      </w:r>
      <w:r>
        <w:rPr>
          <w:rFonts w:ascii="Times New Roman" w:hAnsi="Times New Roman" w:eastAsia="Times New Roman" w:cs="Times New Roman"/>
          <w:sz w:val="24"/>
        </w:rPr>
        <w:t xml:space="preserve"> of artistic taste or judgment.</w:t>
      </w:r>
    </w:p>
    <w:p>
      <w:pP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The start date ("Start Date") for Performer's services in connection with principal photography of the Picture will be on or about [specify date]. The rehearsal period is scheduled to commence on or about [specify date]. The aforesaid dates shall be subject to extension due to </w:t>
      </w:r>
      <w:r>
        <w:rPr>
          <w:rFonts w:ascii="Times New Roman" w:hAnsi="Times New Roman" w:eastAsia="Times New Roman" w:cs="Times New Roman"/>
          <w:sz w:val="24"/>
        </w:rPr>
        <w:t>force majeure</w:t>
      </w:r>
      <w:r>
        <w:rPr>
          <w:rFonts w:ascii="Times New Roman" w:hAnsi="Times New Roman" w:eastAsia="Times New Roman" w:cs="Times New Roman"/>
          <w:sz w:val="24"/>
        </w:rPr>
        <w:t xml:space="preserve"> events or other delays outside the control of Production Company. As used herein, the expression "on or about" refers to the period commencing two (2) weeks prior to the relevant specified date and ending two (2) </w:t>
      </w:r>
      <w:r>
        <w:rPr>
          <w:rFonts w:ascii="Times New Roman" w:hAnsi="Times New Roman" w:eastAsia="Times New Roman" w:cs="Times New Roman"/>
          <w:sz w:val="24"/>
        </w:rPr>
        <w:t>weeks from and after said date.</w:t>
      </w:r>
    </w:p>
    <w:p>
      <w:pPr/>
      <w:r>
        <w:rPr>
          <w:rFonts w:ascii="Times New Roman" w:hAnsi="Times New Roman" w:eastAsia="Times New Roman" w:cs="Times New Roman"/>
          <w:sz w:val="24"/>
        </w:rPr>
        <w:t>Compensation.</w:t>
      </w:r>
      <w:r>
        <w:rPr>
          <w:rFonts w:ascii="Times New Roman" w:hAnsi="Times New Roman" w:eastAsia="Times New Roman" w:cs="Times New Roman"/>
          <w:sz w:val="24"/>
        </w:rPr>
        <w:t xml:space="preserve"> In consideration of Performer's performance of all services and other obligations required by Production Company in connection with the Picture, provided that Performer is not in material breach, and subject to Production Company's rights of suspension and/or termination in the event of </w:t>
      </w:r>
      <w:r>
        <w:rPr>
          <w:rFonts w:ascii="Times New Roman" w:hAnsi="Times New Roman" w:eastAsia="Times New Roman" w:cs="Times New Roman"/>
          <w:sz w:val="24"/>
        </w:rPr>
        <w:t>force majeure</w:t>
      </w:r>
      <w:r>
        <w:rPr>
          <w:rFonts w:ascii="Times New Roman" w:hAnsi="Times New Roman" w:eastAsia="Times New Roman" w:cs="Times New Roman"/>
          <w:sz w:val="24"/>
        </w:rPr>
        <w:t xml:space="preserve"> or Performer's death, disability or default, Performer shall receive the following:</w:t>
      </w:r>
    </w:p>
    <w:p>
      <w:pPr/>
      <w:r>
        <w:rPr>
          <w:rFonts w:ascii="Times New Roman" w:hAnsi="Times New Roman" w:eastAsia="Times New Roman" w:cs="Times New Roman"/>
          <w:sz w:val="24"/>
        </w:rPr>
        <w:t>For all services during the [specify total number of weeks of services] week period consisting [specify number of weeks of principal photography] consecutive weeks from and after the Start Date plus the first [specify additional weeks required] consecutive weeks thereafter (collectively, "Guaranteed Payment Period"), plus the first [specify number of rehearsal weeks] weeks of rehearsals prior to the Start Date, plus the first [specify number of looping days] looping days (consecutive or nonconsecutive, at Production Company's option) outside of the Guaranteed Payment Period, plus all additional services rendered outside of the Guaranteed Payment Period for which no additional compensation is customarily paid (e.g., promotion and publicity), Performer will receive [specify amount of compensation] Dollars ([specify amount numerically]) ("Minimum Compensation"), payable in approximately equal weekly installments over the Guaranteed Payment Period.</w:t>
      </w:r>
    </w:p>
    <w:p>
      <w:pPr/>
      <w:r>
        <w:rPr>
          <w:rFonts w:ascii="Times New Roman" w:hAnsi="Times New Roman" w:eastAsia="Times New Roman" w:cs="Times New Roman"/>
          <w:sz w:val="24"/>
        </w:rPr>
        <w:t xml:space="preserve">If Production Company requires Performer to render services in addition to those compensated for pursuant to the preceding Clause </w:t>
      </w:r>
      <w:r>
        <w:rPr>
          <w:rFonts w:ascii="Times New Roman" w:hAnsi="Times New Roman" w:eastAsia="Times New Roman" w:cs="Times New Roman"/>
          <w:sz w:val="24"/>
        </w:rPr>
        <w:t>2(d)(</w:t>
      </w:r>
      <w:r>
        <w:rPr>
          <w:rFonts w:ascii="Times New Roman" w:hAnsi="Times New Roman" w:eastAsia="Times New Roman" w:cs="Times New Roman"/>
          <w:sz w:val="24"/>
        </w:rPr>
        <w:t>i</w:t>
      </w:r>
      <w:r>
        <w:rPr>
          <w:rFonts w:ascii="Times New Roman" w:hAnsi="Times New Roman" w:eastAsia="Times New Roman" w:cs="Times New Roman"/>
          <w:sz w:val="24"/>
        </w:rPr>
        <w:t>)</w:t>
      </w:r>
      <w:r>
        <w:rPr>
          <w:rFonts w:ascii="Times New Roman" w:hAnsi="Times New Roman" w:eastAsia="Times New Roman" w:cs="Times New Roman"/>
          <w:sz w:val="24"/>
        </w:rPr>
        <w:t>, above, Performer will receive an additional sum equal to [specify amount of compensation] Dollars ([specify amount numerically]) for each additional week that Performer is required to render such services, prorated on the basis of a five (5) day week with respect to services rendered at a studio in the vicinity of Los Angeles and a six (6) day week with respect to services rendered elsewhere.</w:t>
      </w:r>
    </w:p>
    <w:p>
      <w:pPr/>
      <w:r>
        <w:rPr>
          <w:rFonts w:ascii="Times New Roman" w:hAnsi="Times New Roman" w:eastAsia="Times New Roman" w:cs="Times New Roman"/>
          <w:sz w:val="24"/>
        </w:rPr>
        <w:t>Transportation and Expenses.</w:t>
      </w:r>
      <w:r>
        <w:rPr>
          <w:rFonts w:ascii="Times New Roman" w:hAnsi="Times New Roman" w:eastAsia="Times New Roman" w:cs="Times New Roman"/>
          <w:sz w:val="24"/>
        </w:rPr>
        <w:t xml:space="preserve"> If Production Company requires Performer to render services hereunder (other than for publicity or promotional services) at a location </w:t>
      </w:r>
      <w:r>
        <w:rPr>
          <w:rFonts w:ascii="Times New Roman" w:hAnsi="Times New Roman" w:eastAsia="Times New Roman" w:cs="Times New Roman"/>
          <w:sz w:val="24"/>
        </w:rPr>
        <w:t>("Location") which is more than seventy-five (75) miles from Performer's principal residence (which permanent residence Performer represents and warrants to be [specify artist's address], then Production Company shall provide Performer with the following:</w:t>
      </w:r>
    </w:p>
    <w:p>
      <w:pPr/>
      <w:r>
        <w:rPr>
          <w:rFonts w:ascii="Times New Roman" w:hAnsi="Times New Roman" w:eastAsia="Times New Roman" w:cs="Times New Roman"/>
          <w:sz w:val="24"/>
        </w:rPr>
        <w:t>Transportation</w:t>
      </w:r>
      <w:r>
        <w:rPr>
          <w:rFonts w:ascii="Times New Roman" w:hAnsi="Times New Roman" w:eastAsia="Times New Roman" w:cs="Times New Roman"/>
          <w:sz w:val="24"/>
        </w:rPr>
        <w:t>.</w:t>
      </w:r>
      <w:r>
        <w:rPr>
          <w:rFonts w:ascii="Times New Roman" w:hAnsi="Times New Roman" w:eastAsia="Times New Roman" w:cs="Times New Roman"/>
          <w:sz w:val="24"/>
        </w:rPr>
        <w:t xml:space="preserve"> [Specify number, e.g., one (1)] first-class round-trip air transportation, if available and if used, between Performer's principal residence and the Location.</w:t>
      </w:r>
    </w:p>
    <w:p>
      <w:pPr/>
      <w:r>
        <w:rPr>
          <w:rFonts w:ascii="Times New Roman" w:hAnsi="Times New Roman" w:eastAsia="Times New Roman" w:cs="Times New Roman"/>
          <w:sz w:val="24"/>
        </w:rPr>
        <w:t>Living Expenses</w:t>
      </w:r>
      <w:r>
        <w:rPr>
          <w:rFonts w:ascii="Times New Roman" w:hAnsi="Times New Roman" w:eastAsia="Times New Roman" w:cs="Times New Roman"/>
          <w:sz w:val="24"/>
        </w:rPr>
        <w:t>.</w:t>
      </w:r>
      <w:r>
        <w:rPr>
          <w:rFonts w:ascii="Times New Roman" w:hAnsi="Times New Roman" w:eastAsia="Times New Roman" w:cs="Times New Roman"/>
          <w:sz w:val="24"/>
        </w:rPr>
        <w:t xml:space="preserve"> Living expenses in the amount of [specify amount] Dollars ([specify amount numerically]) per week, prorated on the basis of a seven (7) day week, commencing on the date of Performer's arrival at the Location and continuing until the last date that Production Company requires Performer to render services in connection with the Picture at the Location.</w:t>
      </w:r>
    </w:p>
    <w:p>
      <w:pPr/>
      <w:r>
        <w:rPr>
          <w:rFonts w:ascii="Times New Roman" w:hAnsi="Times New Roman" w:eastAsia="Times New Roman" w:cs="Times New Roman"/>
          <w:sz w:val="24"/>
        </w:rPr>
        <w:t>Credit.</w:t>
      </w:r>
      <w:r>
        <w:rPr>
          <w:rFonts w:ascii="Times New Roman" w:hAnsi="Times New Roman" w:eastAsia="Times New Roman" w:cs="Times New Roman"/>
          <w:sz w:val="24"/>
        </w:rPr>
        <w:t xml:space="preserve"> Provided Performer performs all services required of Performer in connection with the Picture, and that Performer appears recognizably in the Picture as released in the role for which Performer is engaged hereunder, Performer will be accorded credit on screen as follows: [specify credit in terms of position, size and other characteristics, including, if applicable, </w:t>
      </w:r>
      <w:r>
        <w:rPr>
          <w:rFonts w:ascii="Times New Roman" w:hAnsi="Times New Roman" w:eastAsia="Times New Roman" w:cs="Times New Roman"/>
          <w:sz w:val="24"/>
        </w:rPr>
        <w:t>tieing</w:t>
      </w:r>
      <w:r>
        <w:rPr>
          <w:rFonts w:ascii="Times New Roman" w:hAnsi="Times New Roman" w:eastAsia="Times New Roman" w:cs="Times New Roman"/>
          <w:sz w:val="24"/>
        </w:rPr>
        <w:t xml:space="preserve"> the Performer's credit to the credit of another performer appearing in the Picture].</w:t>
      </w:r>
    </w:p>
    <w:p>
      <w:pPr/>
      <w:r>
        <w:rPr>
          <w:rFonts w:ascii="Times New Roman" w:hAnsi="Times New Roman" w:eastAsia="Times New Roman" w:cs="Times New Roman"/>
          <w:sz w:val="24"/>
        </w:rPr>
        <w:t>Performer's Agreement.</w:t>
      </w:r>
      <w:r>
        <w:rPr>
          <w:rFonts w:ascii="Times New Roman" w:hAnsi="Times New Roman" w:eastAsia="Times New Roman" w:cs="Times New Roman"/>
          <w:sz w:val="24"/>
        </w:rPr>
        <w:t xml:space="preserve"> All other terms and conditions of Performer's employment hereunder shall be as set forth in Exhibit "A", Standard Terms and Conditions, attached hereto and incorporated herein by this reference, subject to such changes, if any, as are mutually agreed upon following good faith negotiations.</w:t>
      </w:r>
    </w:p>
    <w:p>
      <w:pPr/>
      <w:r>
        <w:rPr>
          <w:rFonts w:ascii="Times New Roman" w:hAnsi="Times New Roman" w:eastAsia="Times New Roman" w:cs="Times New Roman"/>
          <w:sz w:val="24"/>
        </w:rPr>
        <w:t>Please confirm your acceptance of and agreement to the foregoing by signing this letter where indicated below.</w:t>
      </w:r>
    </w:p>
    <w:p>
      <w:pPr/>
    </w:p>
    <w:p>
      <w:pPr/>
      <w:r>
        <w:rPr>
          <w:rFonts w:ascii="Times New Roman" w:hAnsi="Times New Roman" w:eastAsia="Times New Roman" w:cs="Times New Roman"/>
          <w:sz w:val="24"/>
        </w:rPr>
        <w:t>Sincerely,</w:t>
      </w:r>
    </w:p>
    <w:p>
      <w:pPr/>
    </w:p>
    <w:p>
      <w:pPr/>
      <w:r>
        <w:rPr>
          <w:rFonts w:ascii="Times New Roman" w:hAnsi="Times New Roman" w:eastAsia="Times New Roman" w:cs="Times New Roman"/>
          <w:sz w:val="24"/>
        </w:rPr>
        <w:t>[name of Production Company]</w:t>
      </w:r>
    </w:p>
    <w:p>
      <w:pPr/>
      <w:r>
        <w:rPr>
          <w:rFonts w:ascii="Times New Roman" w:hAnsi="Times New Roman" w:eastAsia="Times New Roman" w:cs="Times New Roman"/>
          <w:sz w:val="24"/>
        </w:rPr>
        <w:t>("Production Company")</w:t>
      </w:r>
    </w:p>
    <w:p>
      <w:pPr/>
    </w:p>
    <w:p>
      <w:pPr/>
    </w:p>
    <w:p>
      <w:pPr/>
      <w:r>
        <w:rPr>
          <w:rFonts w:ascii="Times New Roman" w:hAnsi="Times New Roman" w:eastAsia="Times New Roman" w:cs="Times New Roman"/>
          <w:sz w:val="24"/>
        </w:rPr>
        <w:t>ACCEPTED AND AGREED TO:</w:t>
      </w:r>
    </w:p>
    <w:p>
      <w:pPr/>
    </w:p>
    <w:p>
      <w:pPr/>
    </w:p>
    <w:p>
      <w:pPr>
        <w:jc w:val="center"/>
      </w:pPr>
      <w:r>
        <w:rPr>
          <w:rFonts w:ascii="Times New Roman" w:hAnsi="Times New Roman" w:eastAsia="Times New Roman" w:cs="Times New Roman"/>
          <w:sz w:val="24"/>
        </w:rPr>
        <w:t xml:space="preserve">EXHIBIT </w:t>
      </w:r>
      <w:r>
        <w:rPr>
          <w:rFonts w:ascii="Times New Roman" w:hAnsi="Times New Roman" w:eastAsia="Times New Roman" w:cs="Times New Roman"/>
          <w:sz w:val="24"/>
        </w:rPr>
        <w:t xml:space="preserve">A. </w:t>
      </w:r>
      <w:r>
        <w:rPr>
          <w:rFonts w:ascii="Times New Roman" w:hAnsi="Times New Roman" w:eastAsia="Times New Roman" w:cs="Times New Roman"/>
          <w:sz w:val="24"/>
        </w:rPr>
        <w:t>STANDARD TERMS AND CONDITIONS</w:t>
      </w:r>
      <w:r>
        <w:rPr>
          <w:rFonts w:ascii="Times New Roman" w:hAnsi="Times New Roman" w:eastAsia="Times New Roman" w:cs="Times New Roman"/>
          <w:sz w:val="24"/>
        </w:rPr>
        <w:t>.</w:t>
      </w:r>
    </w:p>
    <w:p>
      <w:pPr/>
      <w:r>
        <w:rPr>
          <w:rFonts w:ascii="Times New Roman" w:hAnsi="Times New Roman" w:eastAsia="Times New Roman" w:cs="Times New Roman"/>
          <w:sz w:val="24"/>
        </w:rPr>
        <w:t>THIS EXHIBIT is attached to and made a part of the Test Option Agreement between [name of production company] ("Production Company") and [name of performer] ("Performer") dated [enter date] (the "Agreement") regarding the motion picture entitled "[name of motion picture]" (the "Picture"). These Standard Terms and Conditions, and the Test Option Agreement (to which this Exhibit "A" is attached), if the Test Option Agreement is exercised by the Production Company are collectively referred to herein as "this Agreement."</w:t>
      </w:r>
    </w:p>
    <w:p>
      <w:pPr/>
      <w:r>
        <w:rPr>
          <w:rFonts w:ascii="Times New Roman" w:hAnsi="Times New Roman" w:eastAsia="Times New Roman" w:cs="Times New Roman"/>
          <w:sz w:val="24"/>
        </w:rPr>
        <w:t>Compensation</w:t>
      </w:r>
      <w:r>
        <w:rPr>
          <w:rFonts w:ascii="Times New Roman" w:hAnsi="Times New Roman" w:eastAsia="Times New Roman" w:cs="Times New Roman"/>
          <w:sz w:val="24"/>
        </w:rPr>
        <w:t>.</w:t>
      </w:r>
      <w:r>
        <w:rPr>
          <w:rFonts w:ascii="Times New Roman" w:hAnsi="Times New Roman" w:eastAsia="Times New Roman" w:cs="Times New Roman"/>
          <w:sz w:val="24"/>
        </w:rPr>
        <w:t xml:space="preserve"> If Performer renders all services required of Performer by Production Company and is not in default of Performer's material obligations as set forth in this Agreement, and subject to the other provisions of this Agreement, as compensation in full for Performer's services and the rights granted to Production Company hereunder, Production Company agrees to pay Performer the compensation specified in the Test Option Agreement to which this Exhibit "A" is attached.</w:t>
      </w:r>
    </w:p>
    <w:p>
      <w:pPr/>
      <w:r>
        <w:rPr>
          <w:rFonts w:ascii="Times New Roman" w:hAnsi="Times New Roman" w:eastAsia="Times New Roman" w:cs="Times New Roman"/>
          <w:sz w:val="24"/>
        </w:rPr>
        <w:t>Services</w:t>
      </w:r>
      <w:r>
        <w:rPr>
          <w:rFonts w:ascii="Times New Roman" w:hAnsi="Times New Roman" w:eastAsia="Times New Roman" w:cs="Times New Roman"/>
          <w:sz w:val="24"/>
        </w:rPr>
        <w:t>.</w:t>
      </w:r>
      <w:r>
        <w:rPr>
          <w:rFonts w:ascii="Times New Roman" w:hAnsi="Times New Roman" w:eastAsia="Times New Roman" w:cs="Times New Roman"/>
          <w:sz w:val="24"/>
        </w:rPr>
        <w:t xml:space="preserve"> Performer shall perform hereunder such services in and in connection with the portrayal of Performer's role and render all services as are customarily rendered by actors on first-class feature-length theatrical motion pictures and as Production Company may require, such services to be rendered as, when and where [</w:t>
      </w:r>
      <w:r>
        <w:rPr>
          <w:rFonts w:ascii="Times New Roman" w:hAnsi="Times New Roman" w:eastAsia="Times New Roman" w:cs="Times New Roman"/>
          <w:sz w:val="24"/>
        </w:rPr>
        <w:t>reasonably</w:t>
      </w:r>
      <w:r>
        <w:rPr>
          <w:rFonts w:ascii="Times New Roman" w:hAnsi="Times New Roman" w:eastAsia="Times New Roman" w:cs="Times New Roman"/>
          <w:sz w:val="24"/>
        </w:rPr>
        <w:t>] required by Production Company. Performer shall comply with all instructions, directions, requests, rules and regulations of Production Company in connection with such services, regardless of whether or not such instructions, directions, requests, rules or regulations involve matters of artistic taste or judgment. Production Company shall have the complete, final and unfettered control and approval of all business, financial and creative aspects of and decisions with respect to the Picture. It is expressly agreed that Performer shall not have any right of approval with respect to the role, the Picture, or any element thereof, all such approvals being vested solely in Production Company, which may change or rewrite same at its sole discretion. Performer's services on and in connection with the Picture shall be as an "employee for hire", as such term is defined under United States copyright law, and, accordingly, any and all literary, dramatic and musical material, as well as inventions, designs, photographs, drawings, and plans of any kind containing all or any part of any of the foregoing, written, supplied or improvised by Performer, whether or not in writing, in or in connection with the Picture shall be considered "works made for hire" for Production Company.</w:t>
      </w:r>
    </w:p>
    <w:p>
      <w:pPr/>
      <w:r>
        <w:rPr>
          <w:rFonts w:ascii="Times New Roman" w:hAnsi="Times New Roman" w:eastAsia="Times New Roman" w:cs="Times New Roman"/>
          <w:sz w:val="24"/>
        </w:rPr>
        <w:t>Nights, Weekends, Holidays, Work Time</w:t>
      </w:r>
      <w:r>
        <w:rPr>
          <w:rFonts w:ascii="Times New Roman" w:hAnsi="Times New Roman" w:eastAsia="Times New Roman" w:cs="Times New Roman"/>
          <w:sz w:val="24"/>
        </w:rPr>
        <w:t>.</w:t>
      </w:r>
      <w:r>
        <w:rPr>
          <w:rFonts w:ascii="Times New Roman" w:hAnsi="Times New Roman" w:eastAsia="Times New Roman" w:cs="Times New Roman"/>
          <w:sz w:val="24"/>
        </w:rPr>
        <w:t xml:space="preserve"> Subject to the terms of the Test Option Agreement, no increased or additional compensation shall accrue or be payable to Performer by reason of the fact that any of Performer's services are rendered at night or on weekends or holidays, or after the expiration of any particular number of hours of service in any period.</w:t>
      </w:r>
    </w:p>
    <w:p>
      <w:pPr/>
      <w:r>
        <w:rPr>
          <w:rFonts w:ascii="Times New Roman" w:hAnsi="Times New Roman" w:eastAsia="Times New Roman" w:cs="Times New Roman"/>
          <w:sz w:val="24"/>
        </w:rPr>
        <w:t>Agency Payment</w:t>
      </w:r>
      <w:r>
        <w:rPr>
          <w:rFonts w:ascii="Times New Roman" w:hAnsi="Times New Roman" w:eastAsia="Times New Roman" w:cs="Times New Roman"/>
          <w:sz w:val="24"/>
        </w:rPr>
        <w:t>.</w:t>
      </w:r>
      <w:r>
        <w:rPr>
          <w:rFonts w:ascii="Times New Roman" w:hAnsi="Times New Roman" w:eastAsia="Times New Roman" w:cs="Times New Roman"/>
          <w:sz w:val="24"/>
        </w:rPr>
        <w:t xml:space="preserve"> Performer hereby authorizes Production Company to make all payments for Performer's services to be paid in care of the agent, if any, specified in the Test Option Agreement.</w:t>
      </w:r>
    </w:p>
    <w:p>
      <w:pPr/>
      <w:r>
        <w:rPr>
          <w:rFonts w:ascii="Times New Roman" w:hAnsi="Times New Roman" w:eastAsia="Times New Roman" w:cs="Times New Roman"/>
          <w:sz w:val="24"/>
        </w:rPr>
        <w:t>Date of Payment</w:t>
      </w:r>
      <w:r>
        <w:rPr>
          <w:rFonts w:ascii="Times New Roman" w:hAnsi="Times New Roman" w:eastAsia="Times New Roman" w:cs="Times New Roman"/>
          <w:sz w:val="24"/>
        </w:rPr>
        <w:t>.</w:t>
      </w:r>
      <w:r>
        <w:rPr>
          <w:rFonts w:ascii="Times New Roman" w:hAnsi="Times New Roman" w:eastAsia="Times New Roman" w:cs="Times New Roman"/>
          <w:sz w:val="24"/>
        </w:rPr>
        <w:t xml:space="preserve"> If the test option is exercised, then, thereafter all payments of compensation to Performer hereunder shall be payable on Production Company's regular payday following the week in which such payment shall have accrued.</w:t>
      </w:r>
    </w:p>
    <w:p>
      <w:pPr/>
      <w:r>
        <w:rPr>
          <w:rFonts w:ascii="Times New Roman" w:hAnsi="Times New Roman" w:eastAsia="Times New Roman" w:cs="Times New Roman"/>
          <w:sz w:val="24"/>
        </w:rPr>
        <w:t>Credit</w:t>
      </w:r>
      <w:r>
        <w:rPr>
          <w:rFonts w:ascii="Times New Roman" w:hAnsi="Times New Roman" w:eastAsia="Times New Roman" w:cs="Times New Roman"/>
          <w:sz w:val="24"/>
        </w:rPr>
        <w:t>.</w:t>
      </w:r>
      <w:r>
        <w:rPr>
          <w:rFonts w:ascii="Times New Roman" w:hAnsi="Times New Roman" w:eastAsia="Times New Roman" w:cs="Times New Roman"/>
          <w:sz w:val="24"/>
        </w:rPr>
        <w:t xml:space="preserve"> If Performer shall keep and perform all covenants and conditions to be kept and performed by Performer under this Agreement, and if Performer appears recognizably in the Picture as released, then Performer shall be accorded credit as specified in the Test Option Agreement (to which this Exhibit "A" is attached) on all positive prints of the Picture. All other aspects of such credit shall be in the sole discretion of Production Company and/or the distributor of the Picture. No casual or inadvertent failure to comply with credit requirements shall be deemed a breach of this Agreement. The sole remedy of Performer for breach of any of the provisions of this clause or of this Agreement shall be an action at law for damages, and in no event shall Performer seek or be entitled to injunctive or other equitable relief by reason of any breach or threatened breach of any of the credit requirements, or for any other reason, nor shall Performer be entitled to seek to enjoin or restrain the exhibition, distribution, advertising, exploitation or marketing of the Picture.</w:t>
      </w:r>
    </w:p>
    <w:p>
      <w:pPr/>
      <w:r>
        <w:rPr>
          <w:rFonts w:ascii="Times New Roman" w:hAnsi="Times New Roman" w:eastAsia="Times New Roman" w:cs="Times New Roman"/>
          <w:sz w:val="24"/>
        </w:rPr>
        <w:t>Publicity and Promotion</w:t>
      </w:r>
      <w:r>
        <w:rPr>
          <w:rFonts w:ascii="Times New Roman" w:hAnsi="Times New Roman" w:eastAsia="Times New Roman" w:cs="Times New Roman"/>
          <w:sz w:val="24"/>
        </w:rPr>
        <w:t>.</w:t>
      </w:r>
      <w:r>
        <w:rPr>
          <w:rFonts w:ascii="Times New Roman" w:hAnsi="Times New Roman" w:eastAsia="Times New Roman" w:cs="Times New Roman"/>
          <w:sz w:val="24"/>
        </w:rPr>
        <w:t xml:space="preserve"> Performer shall not, individually, or through any publicity representative, or otherwise, circulate, publish or otherwise disseminate any news story or article, book or other publicity containing Performer's name and relating directly or indirectly to Performer's employment, the subject matter of this Agreement, the Picture or the services to be rendered by Performer or others in connection with the Picture unless first approved in writing by Production Company.</w:t>
      </w:r>
    </w:p>
    <w:p>
      <w:pPr/>
      <w:r>
        <w:rPr>
          <w:rFonts w:ascii="Times New Roman" w:hAnsi="Times New Roman" w:eastAsia="Times New Roman" w:cs="Times New Roman"/>
          <w:sz w:val="24"/>
        </w:rPr>
        <w:t>Promotional Films</w:t>
      </w:r>
      <w:r>
        <w:rPr>
          <w:rFonts w:ascii="Times New Roman" w:hAnsi="Times New Roman" w:eastAsia="Times New Roman" w:cs="Times New Roman"/>
          <w:sz w:val="24"/>
        </w:rPr>
        <w:t>.</w:t>
      </w:r>
      <w:r>
        <w:rPr>
          <w:rFonts w:ascii="Times New Roman" w:hAnsi="Times New Roman" w:eastAsia="Times New Roman" w:cs="Times New Roman"/>
          <w:sz w:val="24"/>
        </w:rPr>
        <w:t xml:space="preserve"> As part of the rights granted to Production Company hereunder, Production Company shall have the exclusive right to make one or more promotional or "making of" films, and to utilize the results and proceeds of Performer's services therein. Performer agrees to render such services for said promotional or "making of" films during the term of Performer's employment hereunder as Production Company may request, and Performer further agrees to the use by Production Company in such promotional or "making of" films of film clips from the Picture and behind-the-scenes shots in which Performer may appear.</w:t>
      </w:r>
    </w:p>
    <w:p>
      <w:pPr/>
      <w:r>
        <w:rPr>
          <w:rFonts w:ascii="Times New Roman" w:hAnsi="Times New Roman" w:eastAsia="Times New Roman" w:cs="Times New Roman"/>
          <w:sz w:val="24"/>
        </w:rPr>
        <w:t>Publicity</w:t>
      </w:r>
      <w:r>
        <w:rPr>
          <w:rFonts w:ascii="Times New Roman" w:hAnsi="Times New Roman" w:eastAsia="Times New Roman" w:cs="Times New Roman"/>
          <w:sz w:val="24"/>
        </w:rPr>
        <w:t>.</w:t>
      </w:r>
      <w:r>
        <w:rPr>
          <w:rFonts w:ascii="Times New Roman" w:hAnsi="Times New Roman" w:eastAsia="Times New Roman" w:cs="Times New Roman"/>
          <w:sz w:val="24"/>
        </w:rPr>
        <w:t xml:space="preserve"> Production Company shall have the exclusive right to use and license the use of Performer's name, sobriquet, photograph, likeness, voice, signature and/or caricature (collectively referred to herein as "name and likeness") and shall have the right to simulate Performer's voice, signature and appearance by any means in and in connection with the Picture and the advertising, publicizing, exhibition and/or other exploitation thereof in any manner, by any means, and in connection with commercial advertising and publicity tie-ups relating in any way to the Picture. Production Company agrees not to use Performer's name and likeness in such a manner as to constitute an endorsement of a product or service, but in no event shall the use of Performer's name as part of the cast credits of the Picture be deemed an endorsement.</w:t>
      </w:r>
    </w:p>
    <w:p>
      <w:pPr/>
      <w:r>
        <w:rPr>
          <w:rFonts w:ascii="Times New Roman" w:hAnsi="Times New Roman" w:eastAsia="Times New Roman" w:cs="Times New Roman"/>
          <w:sz w:val="24"/>
        </w:rPr>
        <w:t>Results and Proceeds</w:t>
      </w:r>
      <w:r>
        <w:rPr>
          <w:rFonts w:ascii="Times New Roman" w:hAnsi="Times New Roman" w:eastAsia="Times New Roman" w:cs="Times New Roman"/>
          <w:sz w:val="24"/>
        </w:rPr>
        <w:t>.</w:t>
      </w:r>
      <w:r>
        <w:rPr>
          <w:rFonts w:ascii="Times New Roman" w:hAnsi="Times New Roman" w:eastAsia="Times New Roman" w:cs="Times New Roman"/>
          <w:sz w:val="24"/>
        </w:rPr>
        <w:t xml:space="preserve"> Production Company will own, and Performer hereby assigns and grants to Production Company, exclusively and perpetually throughout the universe, all rights of every kind, whether or not such rights are now known or recognized, in and to Performer's services pursuant to this Agreement, and in and to all results and proceeds of such services or services rendered hereunder or pursuant hereto ("Results and Proceeds"). Production Company shall have the right to use, refrain from using, change, modify, add to, subtract from and to exploit and otherwise turn to account any or all of the foregoing in any manner, as Production Company in Production Company's sole discretion may determine. </w:t>
      </w:r>
      <w:r>
        <w:rPr>
          <w:rFonts w:ascii="Times New Roman" w:hAnsi="Times New Roman" w:eastAsia="Times New Roman" w:cs="Times New Roman"/>
          <w:sz w:val="24"/>
        </w:rPr>
        <w:t>Performer hereby waives any and all so-called "moral rights" of authors which Performer may have in connection with the Picture, and Performer hereby irrevocably assigns and grants to Production Company, throughout the universe, in perpetuity, any and all rights of Performer to authorize, prohibit and/or control the renting, lending, fixation, reproduction and/or other exploitation of the Picture by any media and in any manner, now known or hereafter devised, as may be conferred upon Performer under any applicable laws, regulations or directives. The termination of this Agreement for any reason shall not affect Production Company's ownership of the Results and Proceeds of Performer's services hereunder.</w:t>
      </w:r>
    </w:p>
    <w:p>
      <w:pPr/>
      <w:r>
        <w:rPr>
          <w:rFonts w:ascii="Times New Roman" w:hAnsi="Times New Roman" w:eastAsia="Times New Roman" w:cs="Times New Roman"/>
          <w:sz w:val="24"/>
        </w:rPr>
        <w:t>Pre-Production and Post-Production Services</w:t>
      </w:r>
      <w:r>
        <w:rPr>
          <w:rFonts w:ascii="Times New Roman" w:hAnsi="Times New Roman" w:eastAsia="Times New Roman" w:cs="Times New Roman"/>
          <w:sz w:val="24"/>
        </w:rPr>
        <w:t>.</w:t>
      </w:r>
      <w:r>
        <w:rPr>
          <w:rFonts w:ascii="Times New Roman" w:hAnsi="Times New Roman" w:eastAsia="Times New Roman" w:cs="Times New Roman"/>
          <w:sz w:val="24"/>
        </w:rPr>
        <w:t xml:space="preserve"> Performer agrees, if and when requested by Production Company, prior to and after the term, to report for wardrobe fittings, hairdressing, makeup, publicity interviews, publicity photographs, story conferences, song conferences, production conferences, making of stills, retakes, added scenes, transparencies, process shots, trick shots and the like and for changes in and/or foreign versions of the photoplay, without compensation additional to that specified in the Test Option Agreement to which this Exhibit "A" is attached.</w:t>
      </w:r>
    </w:p>
    <w:p>
      <w:pPr/>
      <w:r>
        <w:rPr>
          <w:rFonts w:ascii="Times New Roman" w:hAnsi="Times New Roman" w:eastAsia="Times New Roman" w:cs="Times New Roman"/>
          <w:sz w:val="24"/>
        </w:rPr>
        <w:t>Dubbing and Doubling</w:t>
      </w:r>
      <w:r>
        <w:rPr>
          <w:rFonts w:ascii="Times New Roman" w:hAnsi="Times New Roman" w:eastAsia="Times New Roman" w:cs="Times New Roman"/>
          <w:sz w:val="24"/>
        </w:rPr>
        <w:t>.</w:t>
      </w:r>
      <w:r>
        <w:rPr>
          <w:rFonts w:ascii="Times New Roman" w:hAnsi="Times New Roman" w:eastAsia="Times New Roman" w:cs="Times New Roman"/>
          <w:sz w:val="24"/>
        </w:rPr>
        <w:t xml:space="preserve"> Production Company shall have the right to simulate Performer's voice and/or appearance in and in connection with the Picture or any part thereof or in any advertising, publicizing, or exploitation thereof.</w:t>
      </w:r>
    </w:p>
    <w:p>
      <w:pPr/>
      <w:r>
        <w:rPr>
          <w:rFonts w:ascii="Times New Roman" w:hAnsi="Times New Roman" w:eastAsia="Times New Roman" w:cs="Times New Roman"/>
          <w:sz w:val="24"/>
        </w:rPr>
        <w:t>Assignment</w:t>
      </w:r>
      <w:r>
        <w:rPr>
          <w:rFonts w:ascii="Times New Roman" w:hAnsi="Times New Roman" w:eastAsia="Times New Roman" w:cs="Times New Roman"/>
          <w:sz w:val="24"/>
        </w:rPr>
        <w:t>.</w:t>
      </w:r>
      <w:r>
        <w:rPr>
          <w:rFonts w:ascii="Times New Roman" w:hAnsi="Times New Roman" w:eastAsia="Times New Roman" w:cs="Times New Roman"/>
          <w:sz w:val="24"/>
        </w:rPr>
        <w:t xml:space="preserve"> Production Company shall have the right to assign this Agreement (or any of its rights hereunder) to any person, firm or corporation. This Agreement shall not be assignable by Performer, and any purported assignment thereof shall be null and void from the making thereof.</w:t>
      </w:r>
    </w:p>
    <w:p>
      <w:pPr/>
      <w:r>
        <w:rPr>
          <w:rFonts w:ascii="Times New Roman" w:hAnsi="Times New Roman" w:eastAsia="Times New Roman" w:cs="Times New Roman"/>
          <w:sz w:val="24"/>
        </w:rPr>
        <w:t>Exclusivity</w:t>
      </w:r>
      <w:r>
        <w:rPr>
          <w:rFonts w:ascii="Times New Roman" w:hAnsi="Times New Roman" w:eastAsia="Times New Roman" w:cs="Times New Roman"/>
          <w:sz w:val="24"/>
        </w:rPr>
        <w:t>.</w:t>
      </w:r>
      <w:r>
        <w:rPr>
          <w:rFonts w:ascii="Times New Roman" w:hAnsi="Times New Roman" w:eastAsia="Times New Roman" w:cs="Times New Roman"/>
          <w:sz w:val="24"/>
        </w:rPr>
        <w:t xml:space="preserve"> During the term of employment hereunder Performer will not render any services for Performer's own account or for others without the prior written consent of Production Company.</w:t>
      </w:r>
    </w:p>
    <w:p>
      <w:pPr/>
      <w:r>
        <w:rPr>
          <w:rFonts w:ascii="Times New Roman" w:hAnsi="Times New Roman" w:eastAsia="Times New Roman" w:cs="Times New Roman"/>
          <w:sz w:val="24"/>
        </w:rPr>
        <w:t>Warranties</w:t>
      </w:r>
      <w:r>
        <w:rPr>
          <w:rFonts w:ascii="Times New Roman" w:hAnsi="Times New Roman" w:eastAsia="Times New Roman" w:cs="Times New Roman"/>
          <w:sz w:val="24"/>
        </w:rPr>
        <w:t>.</w:t>
      </w:r>
      <w:r>
        <w:rPr>
          <w:rFonts w:ascii="Times New Roman" w:hAnsi="Times New Roman" w:eastAsia="Times New Roman" w:cs="Times New Roman"/>
          <w:sz w:val="24"/>
        </w:rPr>
        <w:t xml:space="preserve"> Performer warrants that Performer is not subject to any conflicting obligations or any disability which will or might prevent or interfere with the execution and performance of this Agreement by Performer; Performer further represents and warrants that Performer has the full right and authority to enter into this Agreement and that all literary, dramatic and musical material, designs and inventions of Performer hereunder will be original with Performer or in the public domain throughout the world, and will not infringe upon or violate any copyright of, or the right of privacy or any other right of, any person or company.</w:t>
      </w:r>
    </w:p>
    <w:p>
      <w:pPr/>
      <w:r>
        <w:rPr>
          <w:rFonts w:ascii="Times New Roman" w:hAnsi="Times New Roman" w:eastAsia="Times New Roman" w:cs="Times New Roman"/>
          <w:sz w:val="24"/>
        </w:rPr>
        <w:t>Remedies</w:t>
      </w:r>
      <w:r>
        <w:rPr>
          <w:rFonts w:ascii="Times New Roman" w:hAnsi="Times New Roman" w:eastAsia="Times New Roman" w:cs="Times New Roman"/>
          <w:sz w:val="24"/>
        </w:rPr>
        <w:t>.</w:t>
      </w:r>
      <w:r>
        <w:rPr>
          <w:rFonts w:ascii="Times New Roman" w:hAnsi="Times New Roman" w:eastAsia="Times New Roman" w:cs="Times New Roman"/>
          <w:sz w:val="24"/>
        </w:rPr>
        <w:t xml:space="preserve"> In the event of a failure or omission by Production Company constituting a breach of Production Company's obligations hereunder, Performer's remedies hereunder shall be limited to Performer's remedies at law, and specifically, Performer shall not have the right to injunctive relief or to rescind or impair in any manner any of the rights granted to Production Company hereunder. Notwithstanding anything to the contrary contained in this Agreement, neither the expiration nor the termination of this Agreement for any reason shall affect the ownership by Production Company of the results and proceeds of the services </w:t>
      </w:r>
      <w:r>
        <w:rPr>
          <w:rFonts w:ascii="Times New Roman" w:hAnsi="Times New Roman" w:eastAsia="Times New Roman" w:cs="Times New Roman"/>
          <w:sz w:val="24"/>
        </w:rPr>
        <w:t>rendered by Performer hereunder, or alter any of the rights or privileges of Production Company or any warranty, representation or undertaking on the part of Performer hereof.</w:t>
      </w:r>
    </w:p>
    <w:p>
      <w:pPr/>
      <w:r>
        <w:rPr>
          <w:rFonts w:ascii="Times New Roman" w:hAnsi="Times New Roman" w:eastAsia="Times New Roman" w:cs="Times New Roman"/>
          <w:sz w:val="24"/>
        </w:rPr>
        <w:t>Medical Provisions</w:t>
      </w:r>
      <w:r>
        <w:rPr>
          <w:rFonts w:ascii="Times New Roman" w:hAnsi="Times New Roman" w:eastAsia="Times New Roman" w:cs="Times New Roman"/>
          <w:sz w:val="24"/>
        </w:rPr>
        <w:t>.</w:t>
      </w:r>
    </w:p>
    <w:p>
      <w:pPr/>
      <w:r>
        <w:rPr>
          <w:rFonts w:ascii="Times New Roman" w:hAnsi="Times New Roman" w:eastAsia="Times New Roman" w:cs="Times New Roman"/>
          <w:sz w:val="24"/>
        </w:rPr>
        <w:t>Performer's Warranty</w:t>
      </w:r>
      <w:r>
        <w:rPr>
          <w:rFonts w:ascii="Times New Roman" w:hAnsi="Times New Roman" w:eastAsia="Times New Roman" w:cs="Times New Roman"/>
          <w:sz w:val="24"/>
        </w:rPr>
        <w:t>.</w:t>
      </w:r>
      <w:r>
        <w:rPr>
          <w:rFonts w:ascii="Times New Roman" w:hAnsi="Times New Roman" w:eastAsia="Times New Roman" w:cs="Times New Roman"/>
          <w:sz w:val="24"/>
        </w:rPr>
        <w:t xml:space="preserve"> Performer warrants that to the best of Performer's knowledge, Performer is in good health and has no condition which would prevent Production Company from obtaining life, health, accident, cast or other insurance covering Performer at premium rates normal to Performer's age and sex, without any unusual exclusion or limitation of liability on the part of the insurer. If Production Company is unable to obtain such insurance at such normal rates without any unusual exclusion or limitation or liability of the insurer, then Production Company shall have the right, at its sole discretion and at any time, to terminate Performer's engagement hereunder and be relieved of all of its obligations hereunder.</w:t>
      </w:r>
    </w:p>
    <w:p>
      <w:pPr/>
      <w:r>
        <w:rPr>
          <w:rFonts w:ascii="Times New Roman" w:hAnsi="Times New Roman" w:eastAsia="Times New Roman" w:cs="Times New Roman"/>
          <w:sz w:val="24"/>
        </w:rPr>
        <w:t>Insurance</w:t>
      </w:r>
      <w:r>
        <w:rPr>
          <w:rFonts w:ascii="Times New Roman" w:hAnsi="Times New Roman" w:eastAsia="Times New Roman" w:cs="Times New Roman"/>
          <w:sz w:val="24"/>
        </w:rPr>
        <w:t>.</w:t>
      </w:r>
      <w:r>
        <w:rPr>
          <w:rFonts w:ascii="Times New Roman" w:hAnsi="Times New Roman" w:eastAsia="Times New Roman" w:cs="Times New Roman"/>
          <w:sz w:val="24"/>
        </w:rPr>
        <w:t xml:space="preserve"> Production Company shall have the right to obtain life, health, accident, cast or other insurance covering Performer, in Performer's or Production Company's name, and at Production Company's expense, for Production Company's benefit, in any amount deemed necessary by Production Company. Production Company shall own such insurance and the cash values and proceeds thereof. Performer shall assist in obtaining such insurance by submitting to the required examinations and by correctly preparing, signing and delivering such applications and other documents as may reasonably be required. Performer shall also, to the best of Performer's ability, observe all terms and conditions of such insurance of which Production Company notifies Performer (except payment of premiums) necessary for continuing such insurance in effect.</w:t>
      </w:r>
    </w:p>
    <w:p>
      <w:pPr/>
      <w:r>
        <w:rPr>
          <w:rFonts w:ascii="Times New Roman" w:hAnsi="Times New Roman" w:eastAsia="Times New Roman" w:cs="Times New Roman"/>
          <w:sz w:val="24"/>
        </w:rPr>
        <w:t>Medical Examinations</w:t>
      </w:r>
      <w:r>
        <w:rPr>
          <w:rFonts w:ascii="Times New Roman" w:hAnsi="Times New Roman" w:eastAsia="Times New Roman" w:cs="Times New Roman"/>
          <w:sz w:val="24"/>
        </w:rPr>
        <w:t>.</w:t>
      </w:r>
      <w:r>
        <w:rPr>
          <w:rFonts w:ascii="Times New Roman" w:hAnsi="Times New Roman" w:eastAsia="Times New Roman" w:cs="Times New Roman"/>
          <w:sz w:val="24"/>
        </w:rPr>
        <w:t xml:space="preserve"> In any proper case (such as for purposes of insurance, or if Performer claims to be ill or disabled), Production Company shall have the right to have Performer examined at any time or times prior to the completion of all of Performer's required services hereunder by such physician(s) as Production Company may designate. Performer shall be available therefor and Performer shall submit thereto as may be reasonably requested.</w:t>
      </w:r>
    </w:p>
    <w:p>
      <w:pPr/>
      <w:r>
        <w:rPr>
          <w:rFonts w:ascii="Times New Roman" w:hAnsi="Times New Roman" w:eastAsia="Times New Roman" w:cs="Times New Roman"/>
          <w:sz w:val="24"/>
        </w:rPr>
        <w:t>Hazardous Activities</w:t>
      </w:r>
      <w:r>
        <w:rPr>
          <w:rFonts w:ascii="Times New Roman" w:hAnsi="Times New Roman" w:eastAsia="Times New Roman" w:cs="Times New Roman"/>
          <w:sz w:val="24"/>
        </w:rPr>
        <w:t>.</w:t>
      </w:r>
      <w:r>
        <w:rPr>
          <w:rFonts w:ascii="Times New Roman" w:hAnsi="Times New Roman" w:eastAsia="Times New Roman" w:cs="Times New Roman"/>
          <w:sz w:val="24"/>
        </w:rPr>
        <w:t xml:space="preserve"> Performer agrees that during the exclusive period herein provided, Performer will not ride in any aircraft other than as a passenger on a scheduled flight of the United States or major international air carrier maintaining regularly published schedules, or engage in any </w:t>
      </w:r>
      <w:r>
        <w:rPr>
          <w:rFonts w:ascii="Times New Roman" w:hAnsi="Times New Roman" w:eastAsia="Times New Roman" w:cs="Times New Roman"/>
          <w:sz w:val="24"/>
        </w:rPr>
        <w:t>extrahazardous</w:t>
      </w:r>
      <w:r>
        <w:rPr>
          <w:rFonts w:ascii="Times New Roman" w:hAnsi="Times New Roman" w:eastAsia="Times New Roman" w:cs="Times New Roman"/>
          <w:sz w:val="24"/>
        </w:rPr>
        <w:t xml:space="preserve"> activity or any activity that would cause Production Company to lose usual insurance coverage on Performer without obtaining Production Company's written consent in each and every case.</w:t>
      </w:r>
    </w:p>
    <w:p>
      <w:pPr/>
      <w:r>
        <w:rPr>
          <w:rFonts w:ascii="Times New Roman" w:hAnsi="Times New Roman" w:eastAsia="Times New Roman" w:cs="Times New Roman"/>
          <w:sz w:val="24"/>
        </w:rPr>
        <w:t>Force Majeure</w:t>
      </w:r>
      <w:r>
        <w:rPr>
          <w:rFonts w:ascii="Times New Roman" w:hAnsi="Times New Roman" w:eastAsia="Times New Roman" w:cs="Times New Roman"/>
          <w:sz w:val="24"/>
        </w:rPr>
        <w:t>.</w:t>
      </w:r>
      <w:r>
        <w:rPr>
          <w:rFonts w:ascii="Times New Roman" w:hAnsi="Times New Roman" w:eastAsia="Times New Roman" w:cs="Times New Roman"/>
          <w:sz w:val="24"/>
        </w:rPr>
        <w:t xml:space="preserve"> If the preparation or production of the Picture is materially hampered, interrupted or prevented due to an "Event of </w:t>
      </w:r>
      <w:r>
        <w:rPr>
          <w:rFonts w:ascii="Times New Roman" w:hAnsi="Times New Roman" w:eastAsia="Times New Roman" w:cs="Times New Roman"/>
          <w:sz w:val="24"/>
        </w:rPr>
        <w:t>Force Majeure</w:t>
      </w:r>
      <w:r>
        <w:rPr>
          <w:rFonts w:ascii="Times New Roman" w:hAnsi="Times New Roman" w:eastAsia="Times New Roman" w:cs="Times New Roman"/>
          <w:sz w:val="24"/>
        </w:rPr>
        <w:t>" as such term is commonly understood in the entertainment industry, Production Company shall have the right to suspend this Agreement while such event continues. Production Company's election to suspend this Agreement shall not affect Production Company's right thereafter to terminate this Agreement.</w:t>
      </w:r>
    </w:p>
    <w:p>
      <w:pPr/>
      <w:r>
        <w:rPr>
          <w:rFonts w:ascii="Times New Roman" w:hAnsi="Times New Roman" w:eastAsia="Times New Roman" w:cs="Times New Roman"/>
          <w:sz w:val="24"/>
        </w:rPr>
        <w:t>Disability and Default</w:t>
      </w:r>
      <w:r>
        <w:rPr>
          <w:rFonts w:ascii="Times New Roman" w:hAnsi="Times New Roman" w:eastAsia="Times New Roman" w:cs="Times New Roman"/>
          <w:sz w:val="24"/>
        </w:rPr>
        <w:t>.</w:t>
      </w:r>
    </w:p>
    <w:p>
      <w:pPr/>
      <w:r>
        <w:rPr>
          <w:rFonts w:ascii="Times New Roman" w:hAnsi="Times New Roman" w:eastAsia="Times New Roman" w:cs="Times New Roman"/>
          <w:sz w:val="24"/>
        </w:rPr>
        <w:t>If Performer shall fail, refuse or neglect to render services or fulfill Performer's obligations with respect to the Picture other than for an event or events of incapacity as defined in subclause (b), below, Production Company shall have the right to suspend this Agreement while such event continues and/or to terminate this Agreement. Production Company's election to suspend this Agreement shall not affect Production Company's right thereafter to terminate this Agreement.</w:t>
      </w:r>
    </w:p>
    <w:p>
      <w:pPr/>
      <w:r>
        <w:rPr>
          <w:rFonts w:ascii="Times New Roman" w:hAnsi="Times New Roman" w:eastAsia="Times New Roman" w:cs="Times New Roman"/>
          <w:sz w:val="24"/>
        </w:rPr>
        <w:t xml:space="preserve">If Performer is hampered in fully performing hereunder by reason of illness, accident, or mental or physical disability, or by reason of any law or governmental authority (all of which events are referred to herein as "incapacity"), Performer's engagement hereunder shall be automatically suspended from the commencement of such incapacity (unless Production Company elects that such engagement not be suspended) and thereafter until Performer personally reports to Production Company, ready, willing and able to render services hereunder. Alternatively, Production Company may terminate Performer's engagement hereunder by giving written notice to Performer during the </w:t>
      </w:r>
      <w:r>
        <w:rPr>
          <w:rFonts w:ascii="Times New Roman" w:hAnsi="Times New Roman" w:eastAsia="Times New Roman" w:cs="Times New Roman"/>
          <w:sz w:val="24"/>
        </w:rPr>
        <w:t>continuance of such incapacity.</w:t>
      </w:r>
    </w:p>
    <w:p>
      <w:pPr/>
      <w:r>
        <w:rPr>
          <w:rFonts w:ascii="Times New Roman" w:hAnsi="Times New Roman" w:eastAsia="Times New Roman" w:cs="Times New Roman"/>
          <w:sz w:val="24"/>
        </w:rPr>
        <w:t>In the event of a suspension pursuant to this clause, Production Company's obligations to make the payments specified herein shall likewise be suspended. If Production Company elects to terminate this Agreement because of incapacity, the compensation, if any, theretofore accrued to Performer hereunder, when paid, shall be deemed payment in full of all compensation payable to Performer hereunder, and thereafter, Production Company shall be released and discharged from any and all further obligations which Production Company may have to Performer.</w:t>
      </w:r>
    </w:p>
    <w:p>
      <w:pPr/>
      <w:r>
        <w:rPr>
          <w:rFonts w:ascii="Times New Roman" w:hAnsi="Times New Roman" w:eastAsia="Times New Roman" w:cs="Times New Roman"/>
          <w:sz w:val="24"/>
        </w:rPr>
        <w:t>Right to Withhold</w:t>
      </w:r>
      <w:r>
        <w:rPr>
          <w:rFonts w:ascii="Times New Roman" w:hAnsi="Times New Roman" w:eastAsia="Times New Roman" w:cs="Times New Roman"/>
          <w:sz w:val="24"/>
        </w:rPr>
        <w:t>.</w:t>
      </w:r>
      <w:r>
        <w:rPr>
          <w:rFonts w:ascii="Times New Roman" w:hAnsi="Times New Roman" w:eastAsia="Times New Roman" w:cs="Times New Roman"/>
          <w:sz w:val="24"/>
        </w:rPr>
        <w:t xml:space="preserve"> Production Company shall have the right to deduct and withhold from any sum payable to Performer hereunder any amounts required to be deducted and withheld by Production Company pursuant to any applicable present or future law, ordinance or regulation of any country, including, without limitation, any country wherein Performer provides services hereunder. </w:t>
      </w:r>
    </w:p>
    <w:p>
      <w:pPr/>
      <w:r>
        <w:rPr>
          <w:rFonts w:ascii="Times New Roman" w:hAnsi="Times New Roman" w:eastAsia="Times New Roman" w:cs="Times New Roman"/>
          <w:sz w:val="24"/>
        </w:rPr>
        <w:t>Waiver</w:t>
      </w:r>
      <w:r>
        <w:rPr>
          <w:rFonts w:ascii="Times New Roman" w:hAnsi="Times New Roman" w:eastAsia="Times New Roman" w:cs="Times New Roman"/>
          <w:sz w:val="24"/>
        </w:rPr>
        <w:t>.</w:t>
      </w:r>
      <w:r>
        <w:rPr>
          <w:rFonts w:ascii="Times New Roman" w:hAnsi="Times New Roman" w:eastAsia="Times New Roman" w:cs="Times New Roman"/>
          <w:sz w:val="24"/>
        </w:rPr>
        <w:t xml:space="preserve"> The waiver by either party of any breach of this Agreement shall not constitute a waiver of any subsequent breach. Any waiver must be in writing to be effective. </w:t>
      </w:r>
    </w:p>
    <w:p>
      <w:pPr/>
      <w:r>
        <w:rPr>
          <w:rFonts w:ascii="Times New Roman" w:hAnsi="Times New Roman" w:eastAsia="Times New Roman" w:cs="Times New Roman"/>
          <w:sz w:val="24"/>
        </w:rPr>
        <w:t>No Obligation to Utilize Services</w:t>
      </w:r>
      <w:r>
        <w:rPr>
          <w:rFonts w:ascii="Times New Roman" w:hAnsi="Times New Roman" w:eastAsia="Times New Roman" w:cs="Times New Roman"/>
          <w:sz w:val="24"/>
        </w:rPr>
        <w:t>.</w:t>
      </w:r>
      <w:r>
        <w:rPr>
          <w:rFonts w:ascii="Times New Roman" w:hAnsi="Times New Roman" w:eastAsia="Times New Roman" w:cs="Times New Roman"/>
          <w:sz w:val="24"/>
        </w:rPr>
        <w:t xml:space="preserve"> Although Production Company shall have the right to utilize Performer's services in and in connection with the Picture pursuant hereto, and in advertising and promotion thereof, Production Company shall have no obligation to nor does it make any warranty or representation that it shall do so, or that it will produce, release or distribute the Picture, or that it will continue the release and distribution of the Picture if released, or otherwise exploit any rights granted to Production Company hereunder.</w:t>
      </w:r>
    </w:p>
    <w:p>
      <w:pPr/>
      <w:r>
        <w:rPr>
          <w:rFonts w:ascii="Times New Roman" w:hAnsi="Times New Roman" w:eastAsia="Times New Roman" w:cs="Times New Roman"/>
          <w:sz w:val="24"/>
        </w:rPr>
        <w:t>Notices</w:t>
      </w:r>
      <w:r>
        <w:rPr>
          <w:rFonts w:ascii="Times New Roman" w:hAnsi="Times New Roman" w:eastAsia="Times New Roman" w:cs="Times New Roman"/>
          <w:sz w:val="24"/>
        </w:rPr>
        <w:t>.</w:t>
      </w:r>
      <w:r>
        <w:rPr>
          <w:rFonts w:ascii="Times New Roman" w:hAnsi="Times New Roman" w:eastAsia="Times New Roman" w:cs="Times New Roman"/>
          <w:sz w:val="24"/>
        </w:rPr>
        <w:t xml:space="preserve"> Production Company's address for the purposes of this Agreement shall be enter production company's address. Performer shall send a courtesy copy of all notices sent to Production Company to name and address of legal counsel. Performer's address for the purposes of this Agreement shall be (enter artist's address). Production Company shall send a courtesy copy of all notices sent to Performer to name and address of legal counsel.</w:t>
      </w:r>
    </w:p>
    <w:p>
      <w:pPr/>
      <w:r>
        <w:rPr>
          <w:rFonts w:ascii="Times New Roman" w:hAnsi="Times New Roman" w:eastAsia="Times New Roman" w:cs="Times New Roman"/>
          <w:sz w:val="24"/>
        </w:rPr>
        <w:t>Travel and Expense</w:t>
      </w:r>
      <w:r>
        <w:rPr>
          <w:rFonts w:ascii="Times New Roman" w:hAnsi="Times New Roman" w:eastAsia="Times New Roman" w:cs="Times New Roman"/>
          <w:sz w:val="24"/>
        </w:rPr>
        <w:t>.</w:t>
      </w:r>
      <w:r>
        <w:rPr>
          <w:rFonts w:ascii="Times New Roman" w:hAnsi="Times New Roman" w:eastAsia="Times New Roman" w:cs="Times New Roman"/>
          <w:sz w:val="24"/>
        </w:rPr>
        <w:t xml:space="preserve"> If Production Company requires Performer's services more than [specify, e.g., seventy-five (75) miles] from Performer's home ("Location"), Production Company shall provide Performer with travel and expenses as set forth in the Test Option Agreement to whic</w:t>
      </w:r>
      <w:r>
        <w:rPr>
          <w:rFonts w:ascii="Times New Roman" w:hAnsi="Times New Roman" w:eastAsia="Times New Roman" w:cs="Times New Roman"/>
          <w:sz w:val="24"/>
        </w:rPr>
        <w:t>h this Exhibit "A" is attached.</w:t>
      </w:r>
    </w:p>
    <w:p>
      <w:pPr/>
      <w:r>
        <w:rPr>
          <w:rFonts w:ascii="Times New Roman" w:hAnsi="Times New Roman" w:eastAsia="Times New Roman" w:cs="Times New Roman"/>
          <w:sz w:val="24"/>
        </w:rPr>
        <w:t>Commitments to Others</w:t>
      </w:r>
      <w:r>
        <w:rPr>
          <w:rFonts w:ascii="Times New Roman" w:hAnsi="Times New Roman" w:eastAsia="Times New Roman" w:cs="Times New Roman"/>
          <w:sz w:val="24"/>
        </w:rPr>
        <w:t>.</w:t>
      </w:r>
      <w:r>
        <w:rPr>
          <w:rFonts w:ascii="Times New Roman" w:hAnsi="Times New Roman" w:eastAsia="Times New Roman" w:cs="Times New Roman"/>
          <w:sz w:val="24"/>
        </w:rPr>
        <w:t xml:space="preserve"> Performer shall not have the right or authority to, and shall not, employ any person in any capacity, or contract for the purchase or rental of any article or material, or make any commitment, agreement or obligation whereby Production Company shall be required to pay any monies or other consideration without Production Company's prior written consent in each instance.</w:t>
      </w:r>
    </w:p>
    <w:p>
      <w:pPr/>
      <w:r>
        <w:rPr>
          <w:rFonts w:ascii="Times New Roman" w:hAnsi="Times New Roman" w:eastAsia="Times New Roman" w:cs="Times New Roman"/>
          <w:sz w:val="24"/>
        </w:rPr>
        <w:t>Guild Membership</w:t>
      </w:r>
      <w:r>
        <w:rPr>
          <w:rFonts w:ascii="Times New Roman" w:hAnsi="Times New Roman" w:eastAsia="Times New Roman" w:cs="Times New Roman"/>
          <w:sz w:val="24"/>
        </w:rPr>
        <w:t>.</w:t>
      </w:r>
      <w:r>
        <w:rPr>
          <w:rFonts w:ascii="Times New Roman" w:hAnsi="Times New Roman" w:eastAsia="Times New Roman" w:cs="Times New Roman"/>
          <w:sz w:val="24"/>
        </w:rPr>
        <w:t xml:space="preserve"> During the rendition of Performer's services hereunder, at such times and during such period or periods as it may be lawful for Production Company to require Performer so to do, Performer, at Performer's sole cost and expense, and at Production Company's request, shall remain or become and remain a member in good standing of the then properly designated labor organization or organizations representing persons performing services of the kind to be performed by Performer hereunder. Production Company represents that it is, or will by the date of commencement of Performer's services become, a signatory to the Screen Actors Guild Basic Agreement.</w:t>
      </w:r>
    </w:p>
    <w:p>
      <w:pPr/>
      <w:r>
        <w:rPr>
          <w:rFonts w:ascii="Times New Roman" w:hAnsi="Times New Roman" w:eastAsia="Times New Roman" w:cs="Times New Roman"/>
          <w:sz w:val="24"/>
        </w:rPr>
        <w:t>Form I-9</w:t>
      </w:r>
      <w:r>
        <w:rPr>
          <w:rFonts w:ascii="Times New Roman" w:hAnsi="Times New Roman" w:eastAsia="Times New Roman" w:cs="Times New Roman"/>
          <w:sz w:val="24"/>
        </w:rPr>
        <w:t>.</w:t>
      </w:r>
      <w:r>
        <w:rPr>
          <w:rFonts w:ascii="Times New Roman" w:hAnsi="Times New Roman" w:eastAsia="Times New Roman" w:cs="Times New Roman"/>
          <w:sz w:val="24"/>
        </w:rPr>
        <w:t xml:space="preserve"> All of Production Company's obligations under this Agreement shall be expressly conditioned upon Performer's completion, to Production Company's satisfaction, of the Form I-9 (Employment Eligibility Verification Form) and Performer's submission to Production Company of original documents satisfactory to Production Company to prove Performer's employment eligibility.</w:t>
      </w:r>
    </w:p>
    <w:p>
      <w:pPr/>
      <w:r>
        <w:rPr>
          <w:rFonts w:ascii="Times New Roman" w:hAnsi="Times New Roman" w:eastAsia="Times New Roman" w:cs="Times New Roman"/>
          <w:sz w:val="24"/>
        </w:rPr>
        <w:t>Severability</w:t>
      </w:r>
      <w:r>
        <w:rPr>
          <w:rFonts w:ascii="Times New Roman" w:hAnsi="Times New Roman" w:eastAsia="Times New Roman" w:cs="Times New Roman"/>
          <w:sz w:val="24"/>
        </w:rPr>
        <w:t>.</w:t>
      </w:r>
      <w:r>
        <w:rPr>
          <w:rFonts w:ascii="Times New Roman" w:hAnsi="Times New Roman" w:eastAsia="Times New Roman" w:cs="Times New Roman"/>
          <w:sz w:val="24"/>
        </w:rPr>
        <w:t xml:space="preserve"> Nothing contained in this Agreement shall require the commission of any act, or payment of any monies, which is contrary to an express provision of law or contrary to public policy, or to any provision of applicable guild or collective bargaining agreements. If there shall exist any conflict between any provisions contained herein and any such law, policy or agreement, the latter shall prevail; and the provision or provisions herein affected shall be curtailed, limited or eliminated to the extent (but only to the extent) necessary to remove such conflict; and as so modified this Agreement shall continue in full force and effect. </w:t>
      </w:r>
    </w:p>
    <w:p>
      <w:pPr/>
      <w:r>
        <w:rPr>
          <w:rFonts w:ascii="Times New Roman" w:hAnsi="Times New Roman" w:eastAsia="Times New Roman" w:cs="Times New Roman"/>
          <w:sz w:val="24"/>
        </w:rPr>
        <w:t>Entire Agreement</w:t>
      </w:r>
      <w:r>
        <w:rPr>
          <w:rFonts w:ascii="Times New Roman" w:hAnsi="Times New Roman" w:eastAsia="Times New Roman" w:cs="Times New Roman"/>
          <w:sz w:val="24"/>
        </w:rPr>
        <w:t>.</w:t>
      </w:r>
      <w:r>
        <w:rPr>
          <w:rFonts w:ascii="Times New Roman" w:hAnsi="Times New Roman" w:eastAsia="Times New Roman" w:cs="Times New Roman"/>
          <w:sz w:val="24"/>
        </w:rPr>
        <w:t xml:space="preserve"> This Agreement constitutes the entire agreement between the parties hereto with respect to the subject matter hereof and supersedes and cancels all other and former agreements and understandings in the premises between the parties as of the date hereof.</w:t>
      </w:r>
    </w:p>
    <w:p>
      <w:pPr/>
      <w:r>
        <w:rPr>
          <w:rFonts w:ascii="Times New Roman" w:hAnsi="Times New Roman" w:eastAsia="Times New Roman" w:cs="Times New Roman"/>
          <w:sz w:val="24"/>
        </w:rPr>
        <w:t>Amendment</w:t>
      </w:r>
      <w:r>
        <w:rPr>
          <w:rFonts w:ascii="Times New Roman" w:hAnsi="Times New Roman" w:eastAsia="Times New Roman" w:cs="Times New Roman"/>
          <w:sz w:val="24"/>
        </w:rPr>
        <w:t>.</w:t>
      </w:r>
      <w:r>
        <w:rPr>
          <w:rFonts w:ascii="Times New Roman" w:hAnsi="Times New Roman" w:eastAsia="Times New Roman" w:cs="Times New Roman"/>
          <w:sz w:val="24"/>
        </w:rPr>
        <w:t xml:space="preserve"> This Agreement cannot be modified, supplemented or amended except by a written instrument executed by the parties hereto.</w:t>
      </w:r>
    </w:p>
    <w:p>
      <w:pPr/>
      <w:r>
        <w:rPr>
          <w:rFonts w:ascii="Times New Roman" w:hAnsi="Times New Roman" w:eastAsia="Times New Roman" w:cs="Times New Roman"/>
          <w:sz w:val="24"/>
        </w:rPr>
        <w:t>Governing Law</w:t>
      </w:r>
      <w:r>
        <w:rPr>
          <w:rFonts w:ascii="Times New Roman" w:hAnsi="Times New Roman" w:eastAsia="Times New Roman" w:cs="Times New Roman"/>
          <w:sz w:val="24"/>
        </w:rPr>
        <w:t>.</w:t>
      </w:r>
      <w:r>
        <w:rPr>
          <w:rFonts w:ascii="Times New Roman" w:hAnsi="Times New Roman" w:eastAsia="Times New Roman" w:cs="Times New Roman"/>
          <w:sz w:val="24"/>
        </w:rPr>
        <w:t xml:space="preserve"> This Agreement shall be subject to and construed in accordance with the laws of the State of [specify, e.g., California].</w:t>
      </w:r>
    </w:p>
    <w:p>
      <w:pPr/>
      <w:r>
        <w:rPr>
          <w:rFonts w:ascii="Times New Roman" w:hAnsi="Times New Roman" w:eastAsia="Times New Roman" w:cs="Times New Roman"/>
          <w:sz w:val="24"/>
        </w:rPr>
        <w:t>Relationship of the Parties</w:t>
      </w:r>
      <w:r>
        <w:rPr>
          <w:rFonts w:ascii="Times New Roman" w:hAnsi="Times New Roman" w:eastAsia="Times New Roman" w:cs="Times New Roman"/>
          <w:sz w:val="24"/>
        </w:rPr>
        <w:t>.</w:t>
      </w:r>
      <w:r>
        <w:rPr>
          <w:rFonts w:ascii="Times New Roman" w:hAnsi="Times New Roman" w:eastAsia="Times New Roman" w:cs="Times New Roman"/>
          <w:sz w:val="24"/>
        </w:rPr>
        <w:t xml:space="preserve"> Nothing contained herein shall constitute a partnership between or joint venture by the parties or constitute either party as the agent of the other.</w:t>
      </w:r>
    </w:p>
    <w:p>
      <w:pPr/>
      <w:r>
        <w:rPr>
          <w:rFonts w:ascii="Times New Roman" w:hAnsi="Times New Roman" w:eastAsia="Times New Roman" w:cs="Times New Roman"/>
          <w:sz w:val="24"/>
        </w:rPr>
        <w:t>Successors and Assigns</w:t>
      </w:r>
      <w:r>
        <w:rPr>
          <w:rFonts w:ascii="Times New Roman" w:hAnsi="Times New Roman" w:eastAsia="Times New Roman" w:cs="Times New Roman"/>
          <w:sz w:val="24"/>
        </w:rPr>
        <w:t>.</w:t>
      </w:r>
      <w:r>
        <w:rPr>
          <w:rFonts w:ascii="Times New Roman" w:hAnsi="Times New Roman" w:eastAsia="Times New Roman" w:cs="Times New Roman"/>
          <w:sz w:val="24"/>
        </w:rPr>
        <w:t xml:space="preserve"> This Agreement shall be binding upon and inure to the benefit of the parties and their respective heirs, successors, licensees and permitted assigns.</w:t>
      </w:r>
    </w:p>
    <w:p>
      <w:pPr/>
      <w:r>
        <w:rPr>
          <w:rFonts w:ascii="Times New Roman" w:hAnsi="Times New Roman" w:eastAsia="Times New Roman" w:cs="Times New Roman"/>
          <w:sz w:val="24"/>
        </w:rPr>
        <w:t>IN WITNESS WHEREOF, the parties hereto have executed this Agreement the day and year first above written.</w:t>
      </w:r>
    </w:p>
    <w:p>
      <w:pPr/>
    </w:p>
    <w:p>
      <w:pPr/>
      <w:r>
        <w:rPr>
          <w:rFonts w:ascii="Times New Roman" w:hAnsi="Times New Roman" w:eastAsia="Times New Roman" w:cs="Times New Roman"/>
          <w:sz w:val="24"/>
        </w:rPr>
        <w:t>"PERFORMER":</w:t>
      </w:r>
    </w:p>
    <w:p>
      <w:pPr/>
    </w:p>
    <w:p>
      <w:pPr/>
    </w:p>
    <w:p>
      <w:pPr/>
      <w:r>
        <w:rPr>
          <w:rFonts w:ascii="Times New Roman" w:hAnsi="Times New Roman" w:eastAsia="Times New Roman" w:cs="Times New Roman"/>
          <w:sz w:val="24"/>
        </w:rPr>
        <w:t>"PRODUCTION COMPANY"</w:t>
      </w:r>
    </w:p>
    <w:p>
      <w:pPr/>
      <w:r>
        <w:rPr>
          <w:rFonts w:ascii="Times New Roman" w:hAnsi="Times New Roman" w:eastAsia="Times New Roman" w:cs="Times New Roman"/>
          <w:sz w:val="24"/>
        </w:rPr>
        <w:t>[Name of Production Company]</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