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Test Option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[Name of production company]</w:t>
      </w:r>
    </w:p>
    <w:p>
      <w:pPr>
        <w:keepNext w:val="0"/>
        <w:spacing w:before="200" w:after="0" w:line="260" w:lineRule="exact"/>
        <w:ind w:left="360" w:right="0" w:firstLine="0"/>
        <w:jc w:val="both"/>
      </w:pPr>
      <w:r>
        <w:rPr>
          <w:rFonts w:ascii="Times New Roman" w:hAnsi="Times New Roman" w:eastAsia="Times New Roman" w:cs="Times New Roman"/>
          <w:b w:val="0"/>
          <w:sz w:val="24"/>
        </w:rPr>
        <w:t>[Address of production company]</w:t>
      </w:r>
    </w:p>
    <w:p>
      <w:pPr>
        <w:keepNext w:val="0"/>
        <w:spacing w:before="200" w:after="0" w:line="260" w:lineRule="exact"/>
        <w:ind w:left="360" w:right="0" w:firstLine="0"/>
        <w:jc w:val="both"/>
      </w:pPr>
      <w:r>
        <w:rPr>
          <w:rFonts w:ascii="Times New Roman" w:hAnsi="Times New Roman" w:eastAsia="Times New Roman" w:cs="Times New Roman"/>
          <w:b w:val="0"/>
          <w:sz w:val="24"/>
        </w:rPr>
        <w:t>[Date of agreement]</w:t>
      </w:r>
    </w:p>
    <w:p>
      <w:pPr>
        <w:keepNext w:val="0"/>
        <w:spacing w:before="200" w:after="0" w:line="260" w:lineRule="exact"/>
        <w:ind w:left="360" w:right="0" w:firstLine="0"/>
        <w:jc w:val="both"/>
      </w:pPr>
      <w:r>
        <w:rPr>
          <w:rFonts w:ascii="Times New Roman" w:hAnsi="Times New Roman" w:eastAsia="Times New Roman" w:cs="Times New Roman"/>
          <w:b w:val="0"/>
          <w:sz w:val="24"/>
        </w:rPr>
        <w:t>[Name of performer]</w:t>
      </w:r>
    </w:p>
    <w:p>
      <w:pPr>
        <w:keepNext w:val="0"/>
        <w:spacing w:before="200" w:after="0" w:line="260" w:lineRule="exact"/>
        <w:ind w:left="360" w:right="0" w:firstLine="0"/>
        <w:jc w:val="both"/>
      </w:pPr>
      <w:r>
        <w:rPr>
          <w:rFonts w:ascii="Times New Roman" w:hAnsi="Times New Roman" w:eastAsia="Times New Roman" w:cs="Times New Roman"/>
          <w:b w:val="0"/>
          <w:sz w:val="24"/>
        </w:rPr>
        <w:t>[Address of performer or name and address of performer's agency]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Attention: </w:t>
      </w:r>
      <w:r>
        <w:rPr>
          <w:rFonts w:ascii="Times New Roman" w:hAnsi="Times New Roman" w:eastAsia="Times New Roman" w:cs="Times New Roman"/>
          <w:b w:val="0"/>
          <w:sz w:val="24"/>
        </w:rPr>
        <w:t>[name of agent]</w:t>
      </w:r>
    </w:p>
    <w:p>
      <w:pPr>
        <w:keepNext w:val="0"/>
        <w:spacing w:before="200" w:after="0" w:line="260" w:lineRule="exact"/>
        <w:ind w:left="360" w:right="0" w:firstLine="0"/>
        <w:jc w:val="both"/>
      </w:pPr>
      <w:r>
        <w:rPr>
          <w:rFonts w:ascii="Times New Roman" w:hAnsi="Times New Roman" w:eastAsia="Times New Roman" w:cs="Times New Roman"/>
          <w:b w:val="0"/>
          <w:sz w:val="24"/>
        </w:rPr>
        <w:t>Re: "[name of Picture]" - [performer's name] Test Option Agreement</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actor or agent]: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letter will confirm the agreement ("Agreement") between [name of production company] ("Production Company") and [name of performer] ("Performer") in connection with Production Company's screen test of Performer and Production Company's exclusive and irrevocable option to engage Performer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actor in connection with the motion picture tentatively entitled "[name of motion picture]" (the "Picture").</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 Option.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consideration of Production Company's potential engagement of Performer in connection with the Picture and Production Company's expenditure of funds in connection with the production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screen test, the following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Screen Test Services.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Performer shall perform services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screen test to be held on [date] at [address of place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to be designated by Production Company.</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 to Engage Services.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Performer hereby grants to Production Company the exclusive and irrevocable option (the "Option") to engage Performer's exclusive services in connection with the Picture, in accordance with the terms and conditions set forth below. Subject to extension due to delays outside the control of Production Company, the Option shall be exercisable by Production Company (or its designee) on or before [date], and shall be confirmed promptly thereafter in writing. If the Option is not exercised by Production Company on or before the exercise date, this Agreement shall terminate and the remaining provisions of this Agreement shall be inoperative. Performer acknowledges that Production Company will be conducting its screen test of Performer in express reliance on Production Company's understanding that this letter accurately reflects the agreement reached between Performer and Production Company.</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For Screen Test.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Production Company shall pay Performer ([the applicable minimum amount, if any, for Performer's screen test services required pursuant to the SAG-AFTRA Basic Agreement]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[amount, e.g., $500]). All compensation payable to Performer hereunder shall be paid to [name and address of Performer's agent].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Acting Services.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Option is exercised, the following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Role.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Performer shall portray the role of "[specify role by name]" in the Picture.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Performer shall render,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exclusive basis, all services required by Production Company hereunder and all additional services customarily rendered by actors in first-class feature-length theatrical motion pictures in the motion picture industry, as, when and where [</w:t>
      </w:r>
      <w:r>
        <w:rPr>
          <w:rFonts w:ascii="Times New Roman" w:hAnsi="Times New Roman" w:eastAsia="Times New Roman" w:cs="Times New Roman"/>
          <w:b w:val="0"/>
          <w:sz w:val="24"/>
        </w:rPr>
        <w:t>reasonably</w:t>
      </w:r>
      <w:r>
        <w:rPr>
          <w:rFonts w:ascii="Times New Roman" w:hAnsi="Times New Roman" w:eastAsia="Times New Roman" w:cs="Times New Roman"/>
          <w:b w:val="0"/>
          <w:sz w:val="24"/>
        </w:rPr>
        <w:t>] required by Production Company, and agrees to comply with all directions, requests, rules and regulations of Production Company in connection therewith, whether or not the same involve matters of artistic taste or judgment.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Start Date.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start date ("Start Date") for Performer's services in connection with principal photography of the Picture will be on or about [date]. The rehearsal period is scheduled to commence on or about [date]. The aforesaid dates shall be subject to extension due to </w:t>
      </w:r>
      <w:r>
        <w:rPr>
          <w:rFonts w:ascii="Times New Roman" w:hAnsi="Times New Roman" w:eastAsia="Times New Roman" w:cs="Times New Roman"/>
          <w:b w:val="0"/>
          <w:sz w:val="24"/>
        </w:rPr>
        <w:t>force majeure</w:t>
      </w:r>
      <w:r>
        <w:rPr>
          <w:rFonts w:ascii="Times New Roman" w:hAnsi="Times New Roman" w:eastAsia="Times New Roman" w:cs="Times New Roman"/>
          <w:b w:val="0"/>
          <w:sz w:val="24"/>
        </w:rPr>
        <w:t xml:space="preserve"> events or other delays outside the control of Production Company. As used herein, the expression "on or about" refers to the period commencing two (2) weeks prior to the relevant specified date and ending two (2) weeks from and after said date. The “Term” of this Agreement commences upon the Start Date , and, if the Option is exercised, continues until the completion of Performer’s services for the Picture.</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consideration of Performer's performance of all services and other obligations required by Production Company in connection with the Picture, provided that Performer is not in material breach, and subject to Production Company's rights of suspension and/or termination in the event of </w:t>
      </w:r>
      <w:r>
        <w:rPr>
          <w:rFonts w:ascii="Times New Roman" w:hAnsi="Times New Roman" w:eastAsia="Times New Roman" w:cs="Times New Roman"/>
          <w:b w:val="0"/>
          <w:sz w:val="24"/>
        </w:rPr>
        <w:t>force majeure</w:t>
      </w:r>
      <w:r>
        <w:rPr>
          <w:rFonts w:ascii="Times New Roman" w:hAnsi="Times New Roman" w:eastAsia="Times New Roman" w:cs="Times New Roman"/>
          <w:b w:val="0"/>
          <w:sz w:val="24"/>
        </w:rPr>
        <w:t xml:space="preserve"> or Performer's death, disability or default, Performer shall receive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all services during the [total number of weeks of services, e.g., ten (10)] week period consisting of [number of weeks of principal photography; e.g., six (6)] consecutive weeks from and after the Start Date plus the first [additional weeks required, e.g., two (2)] consecutive weeks thereafter (collectively, “Guaranteed Payment Period”), plus the first [number of rehearsal weeks, e.g., two (2)] weeks of rehearsals prior to the Start Date, plus the first [number of looping days; e.g., five (5)] looping days (consecutive or nonconsecutive, at Production Company’s option) outside of the Guaranteed Payment Period, plus all additional services rendered outside of the Guaranteed Payment Period for which no additional compensation is customarily paid (e.g., promotion and publicity), Performer will receive [amount of compensation, e.g., Fifty Thousand] Dollars ($([amount numerically, e.g., $50,000]) (“Minimum Compensation”), payable in approximately equal weekly installments over the Guaranteed Payment Period.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Production Company requires Performer to render services in addition to those compensated for pursuant to the preceding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(d)</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above, Performer will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sum equal to [amount of compensation, e.g., Five Thousand] Dollars ($[amount numerically, e.g., $5,000]) for each additional week that Performer is required to render such services, prorated on the basis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five (5) day week with respect to services rendered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studio in the vicinity of [location, e.g., Los Angeles]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six (6) day week with respect to services rendered elsewhere.</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Transportation and Expenses.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Production Company requires Performer to render services hereunder (other than for publicity or promotional services)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("Location") which is more than [distance, e.g., seventy-five (75) miles] from Performer's principal residence (which permanent residence Performer represents and warrants to be [artist's address], then Production Company shall provide Performer with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Transportation</w:t>
      </w:r>
      <w:r>
        <w:rPr>
          <w:rFonts w:ascii="Times New Roman" w:hAnsi="Times New Roman" w:eastAsia="Times New Roman" w:cs="Times New Roman"/>
          <w:b w:val="0"/>
          <w:sz w:val="24"/>
        </w:rPr>
        <w:t>. [number, e.g., one (1)] first-class round-trip air transportation, if available and if used, between Performer's principal residence and the Location.</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Living Expenses</w:t>
      </w:r>
      <w:r>
        <w:rPr>
          <w:rFonts w:ascii="Times New Roman" w:hAnsi="Times New Roman" w:eastAsia="Times New Roman" w:cs="Times New Roman"/>
          <w:b w:val="0"/>
          <w:sz w:val="24"/>
        </w:rPr>
        <w:t xml:space="preserve">. Living expenses in the amount of [amount, e.g., Two Thousand] Dollars ($[amount numerically, e.g., $2,000]) per week, prorated on the basis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seven (7) day week, commencing on the date of Performer’s arrival at the Location and continuing until the last date that Production Company requires Performer to render services in connection with the Picture at the Location.</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Credit.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Provided Performer performs all [material] services required of Performer in connection with the Picture, and that Performer appears recognizably in the Picture as released in the role for which Performer is engaged hereunder, Performer will be accorded credit on screen as follows: [credit in terms of position, size, and other characteristics, including, if applicable, tying the Performer's credit to the credit of another performer appearing in the Picture].</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Performer's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other terms and conditions of Performer's employment hereunder shall be as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Standard Terms and Conditions, attached hereto and incorporated herein by this reference, subject to such changes, if any, as are mutually agreed upon following good faith negotiations.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Please confirm your acceptance of and agreement to the foregoing by signing this letter where indicated below.</w:t>
      </w: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200" w:after="0" w:line="260" w:lineRule="exact"/>
        <w:ind w:left="360" w:right="0" w:firstLine="0"/>
        <w:jc w:val="both"/>
      </w:pPr>
      <w:r>
        <w:rPr>
          <w:rFonts w:ascii="Times New Roman" w:hAnsi="Times New Roman" w:eastAsia="Times New Roman" w:cs="Times New Roman"/>
          <w:b w:val="0"/>
          <w:sz w:val="24"/>
        </w:rPr>
        <w:t>[name of Production Company]</w:t>
      </w:r>
    </w:p>
    <w:p>
      <w:pPr>
        <w:keepNext w:val="0"/>
        <w:spacing w:before="120" w:after="0" w:line="260" w:lineRule="exact"/>
        <w:ind w:left="360" w:right="0" w:firstLine="0"/>
        <w:jc w:val="left"/>
      </w:pPr>
      <w:r>
        <w:rPr>
          <w:rFonts w:ascii="Times New Roman" w:hAnsi="Times New Roman" w:eastAsia="Times New Roman" w:cs="Times New Roman"/>
          <w:b w:val="0"/>
          <w:sz w:val="24"/>
        </w:rPr>
        <w:t>("Production 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ACCEPTED AND AGREED TO:</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“Performer"</w:t>
      </w: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STANDARD TERMS AND CONDITIONS.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EXHIBIT is attached 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Test Option Agreement between [name of production company] ("Production Company") and [name of performer] ("Performer") dated [date] (the "Agreement") regarding the motion picture entitled "[name of motion picture]" (the "Picture"). These Standard Terms and Conditions, and the Test Option Agreement (to which this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is attached), if the Test Option Agreement is exercised by the Production Company are collectively referred to herein as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Performer [fully] renders all [material] services required of Performer by Production Company and is not in default of Performer's material obligations as set forth in this Agreement, and subject to the other provisions of this Agreement, as compensation in full for Performer's services and the rights granted to Production Company hereunder, Production Company agrees to pay Performer the compensation specified in the Test Option Agreement to which this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is attached.</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Performer shall perform hereunder such services in and in connection with the portrayal of Performer's role and render all services as are customarily rendered by actors on first-class feature-length theatrical motion pictures and as Production Company may require, such services to be rendered as, when and where [</w:t>
      </w:r>
      <w:r>
        <w:rPr>
          <w:rFonts w:ascii="Times New Roman" w:hAnsi="Times New Roman" w:eastAsia="Times New Roman" w:cs="Times New Roman"/>
          <w:b w:val="0"/>
          <w:sz w:val="24"/>
        </w:rPr>
        <w:t>reasonably</w:t>
      </w:r>
      <w:r>
        <w:rPr>
          <w:rFonts w:ascii="Times New Roman" w:hAnsi="Times New Roman" w:eastAsia="Times New Roman" w:cs="Times New Roman"/>
          <w:b w:val="0"/>
          <w:sz w:val="24"/>
        </w:rPr>
        <w:t xml:space="preserve">] required by Production Company. Performer shall comply with all instructions, directions, requests, rules and regulations of Production Company in connection with such services, regardless of whether or not such instructions, directions, requests, rules or regulations involve matters of artistic taste or judgment. Production Company shall have the complete, final and unfettered control and approval of all business, financial and creative aspects of and decisions with respect to the Picture. It is expressly agreed that Performer shall not have any right of approval with respect to the role, the Picture, or any element thereof, all such approvals being vested solely in Production Company, which may change or rewrite same at its sole discretion. Performer's services on and in connection with the Picture shall be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hire", as such term is defined under United States copyright law, and, accordingly, any and all literary, dramatic and musical material, as well as inventions, designs, photographs, drawings, and plans of any kind containing all or any part of any of the foregoing, written, supplied or improvised by Performer, whether or not in writing, in or in connection with the Picture shall be considered "works made for hire" for Production Company.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Nights, Weekends, Holidays, Work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terms of the Test Option Agreement, no increased or additional compensation shall accrue or be payable to Performer by reason of the fact that any of Performer's services are rendered at night or on weekends or holidays, or after the expiration of any particular number of hours of service in any period.</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Agency Payment.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Performer hereby authorizes Production Company to make all payments for Performer's services to be paid in care of the agent, if any, specified in the Test Option Agreement.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Date of Payment.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test option is exercised, then, thereafter all payments of compensation to Performer hereunder shall be payable on Production Company's regular payday following the week in which such payment shall have accrued.</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Credit.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Performer shall keep and perform all covenants and conditions to be kept and performed by Performer under this Agreement, and if Performer appears recognizably in the Picture as released, then Performer shall be accorded credit as specified in the Test Option Agreement (to which this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attached) on all positive prints of the Picture. All other aspects of such credit shall be in the sole discretion of Production Company and/or the distributor of the Picture. No casual or inadvertent failure to comply with credit requirements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The sole remedy of Performer for breach of any of the provisions of this clause or of this Agreement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at law for damages, and in no event shall Performer seek or be entitled to injunctive or other equitable relief by reason of any breach or threatened breach of any of the credit requirements, or for any other reason, nor shall Performer be entitled to seek to enjoin or restrain the exhibition, distribution, advertising, exploitation or marketing of the Picture.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Publicity and Promotion.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Performer shall not, individually, or through any publicity representative, or otherwise, circulate, publish or otherwise disseminate any news story or article, book or other publicity containing Performer's name and relating directly or indirectly to Performer's employment, the subject matter of this Agreement, the Picture or the services to be rendered by Performer or others in connection with the Picture unless first approved in writing by Production Company.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Promotional Films</w:t>
      </w:r>
      <w:r>
        <w:rPr>
          <w:rFonts w:ascii="Times New Roman" w:hAnsi="Times New Roman" w:eastAsia="Times New Roman" w:cs="Times New Roman"/>
          <w:b w:val="0"/>
          <w:sz w:val="24"/>
        </w:rPr>
        <w:t>. As part of the rights granted to Production Company hereunder, Production Company shall have the exclusive right to make one or more promotional or "making of" films, and to utilize the results and proceeds of Performer's services therein. Performer agrees to render such services for said promotional or "making of" films during the term of Performer's employment hereunder as Production Company may request, and Performer further agrees to the use by Production Company in such promotional or "making of" films of film clips from the Picture and behind-the-scenes shots in which Performer may appear.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Publicity</w:t>
      </w:r>
      <w:r>
        <w:rPr>
          <w:rFonts w:ascii="Times New Roman" w:hAnsi="Times New Roman" w:eastAsia="Times New Roman" w:cs="Times New Roman"/>
          <w:b w:val="0"/>
          <w:sz w:val="24"/>
        </w:rPr>
        <w:t xml:space="preserve">. Production Company shall have the exclusive right to use and license the use of Performer’s name, sobriquet, [approved] photograph, [approved] likeness, voice, signature and/or caricature (collectively referred to herein as "name and likeness") and shall have the right to simulate Performer's voice, signature and appearance by any means in and in connection with the Picture and the advertising, publicizing, exhibition and/or other exploitation thereof in any manner, by any means, and in connection with commercial advertising and publicity tie-ups relating in any way to the Picture. Production Company agrees not to use Performer's name and likeness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as to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endorsement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or service, but in no event shall the use of Performer's name as part of the cast credits of the Picture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endorsement.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sz w:val="24"/>
        </w:rPr>
        <w:t xml:space="preserve">OPTIONAL CLAUSE </w:t>
      </w:r>
      <w:r>
        <w:rPr>
          <w:rFonts w:ascii="Times New Roman" w:hAnsi="Times New Roman" w:eastAsia="Times New Roman" w:cs="Times New Roman"/>
          <w:b/>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Use of Name and Likeness for Merchandising and Publishing</w:t>
      </w:r>
      <w:r>
        <w:rPr>
          <w:rFonts w:ascii="Times New Roman" w:hAnsi="Times New Roman" w:eastAsia="Times New Roman" w:cs="Times New Roman"/>
          <w:b w:val="0"/>
          <w:sz w:val="24"/>
        </w:rPr>
        <w:t xml:space="preserve">. Production Company is also granted the further exclusive right and license, but only in connection with the role portrayed by Performer in the Picture, to use and to license the use of Performer's name and likeness in and in connection with any merchandising undertakings relating to the Picture. In consideration thereof, with respect to each merchandising use of Performer's name and likeness (other than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listing of cast credits or related or similar use), Production Company shall pay to Performer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Performer's pro rata share (payable among all performers whose names or likenesses are used) of [e.g., two and one-half percent (2-1/2%)] of the gross monies actually derived by Production Company therefrom after deducting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fee of [e.g., fifty percent (50%)] thereof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equal to all of Production Company's actual out-of-pocket expenses in connection therewith. Publications shall not be considered as merchandising, and Production Company shall have the right to use Performer's name and likeness in connection with publications relating to the photoplay, with no further compensation payable to Performer other than as specifically provided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Results and Proceeds.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Production Company will own, and Performer hereby assigns and grants to Production Company, exclusively and perpetually throughout the universe, all rights of every kind, whether or not such rights are now known or recognized, in and to Performer's services pursuant to this Agreement, and in and to all results and proceeds of such services or services rendered hereunder or pursuant hereto ("Results and Proceeds"). Production Company shall have the right to use, refrain from using, change, modify, add to, subtract from and to exploit and otherwise turn to account any or all the foregoing in any manner, as Production Company in Production Company's sole discretion may determine. Performer hereby waives any and all so-called "moral rights" of authors which Performer may have in connection with the Picture, and Performer hereby irrevocably assigns and grants to Production Company, throughout the universe, in perpetuity, any and all rights of Performer to authorize, prohibit and/or control the renting, lending, fixation, reproduction and/or other exploitation of the Picture by any media and in any manner, now known or hereafter devised, as may be conferred upon Performer under any applicable laws, regulations or directives. The termination of this Agreement for any reason shall not affect Production Company's ownership of the Results and Proceeds of Performer's services hereunder.</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Pre-Production and Post-Production Services.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Performer agrees, if and when requested by Production Company, prior to and after the Term, to report for wardrobe fittings, hairdressing, makeup, publicity interviews, publicity photographs, story conferences, song conferences, production conferences, making of stills, retakes, added scenes, transparencies, process shots, trick shots and the like and for changes in and/or foreign versions of the photoplay, without compensation additional to that specified in the Test Option Agreement to which this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is attached.</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Dubbing and Doubling.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Production Company shall have the right to simulate Performer's voice and/or appearance in and in connection with the Picture or any part thereof or in any advertising, publicizing, or exploitation thereof.</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Production Company shall have the right to assign this Agreement (or any of its rights hereunder) to any person, firm or corporation. This Agreement shall not be assignable by Performer, and any purported assignment thereof shall be null and void from the making thereof.</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term of employment hereunder Performer will not render any services for Performer's own account or for others without the prior written consent of Production Company.</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Performer warrants that Performer is not subject to any conflicting obligations or any disability which will or might prevent or interfere with the execution and performance of this Agreement by Performer. Performer further represents and warrants that Performer has the full right and authority to enter into this Agreement and that all literary, dramatic and musical material, designs and inventions of Performer hereunder will be original with Performer or in the public domain throughout the world, and will not infringe upon or violate any copyright of, or the right of privacy or any other right of, any person or company.</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or omission by Production Company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Production Company's obligations hereunder, Performer's remedies shall be limited to Performer's remedies at law, and specifically, Performer shall not have the right to injunctive relief or to rescind or impair in any manner any of the rights granted to Production Company hereunder. Notwithstanding anything to the contrary contained in this Agreement, neither the expiration nor the termination of this Agreement for any reason shall affect the ownership by Production Company of the Results and Proceeds of the services rendered by Performer hereunder, or alter any of the rights or privileges of Production Company or any warranty, representation or undertaking on the part of Performer hereof.</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Medical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Performer's Warranty</w:t>
      </w:r>
      <w:r>
        <w:rPr>
          <w:rFonts w:ascii="Times New Roman" w:hAnsi="Times New Roman" w:eastAsia="Times New Roman" w:cs="Times New Roman"/>
          <w:b w:val="0"/>
          <w:sz w:val="24"/>
        </w:rPr>
        <w:t>. Performer warrants that to the best of Performer's knowledge, Performer is in good health and has no condition which would prevent Production Company from obtaining life, health, accident, cast or other insurance covering Performer at premium rates normal to Performer's age and sex, without any unusual exclusion or limitation of liability on the part of the insurer. If Production Company is unable to obtain such insurance at such normal rates without any unusual exclusion or limitation or liability of the insurer, then Production Company shall have the right, at its sole discretion and at any time, to terminate Performer's engagement hereunder and be relieved of all its obligations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Insurance</w:t>
      </w:r>
      <w:r>
        <w:rPr>
          <w:rFonts w:ascii="Times New Roman" w:hAnsi="Times New Roman" w:eastAsia="Times New Roman" w:cs="Times New Roman"/>
          <w:b w:val="0"/>
          <w:sz w:val="24"/>
        </w:rPr>
        <w:t>. Production Company shall have the right to obtain life, health, accident, cast or other insurance covering Performer, in Performer's or Production Company's name, and at Production Company's expense, for Production Company's benefit, in any amount deemed necessary by Production Company. Production Company shall own such insurance and the cash values and proceeds thereof. Performer shall assist in obtaining such insurance by submitting to the required examinations and by correctly preparing, signing and delivering such applications and other documents as may reasonably be required. Performer shall also, to the best of Performer's ability, observe all terms and conditions of such insurance of which Production Company notifies Performer (except payment of premiums) necessary for continuing such insurance in effect.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Medical Examinations</w:t>
      </w:r>
      <w:r>
        <w:rPr>
          <w:rFonts w:ascii="Times New Roman" w:hAnsi="Times New Roman" w:eastAsia="Times New Roman" w:cs="Times New Roman"/>
          <w:b w:val="0"/>
          <w:sz w:val="24"/>
        </w:rPr>
        <w:t>. In any proper case (such as for purposes of insurance, or if Performer claims to be ill or disabled), Production Company shall have the right to have Performer examined at any time or times prior to the completion of all of Performer's required services hereunder by such physician(s) as Production Company may designate. Performer shall be available to submit to medical examinations as may be reasonably requested.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Hazardous Activities</w:t>
      </w:r>
      <w:r>
        <w:rPr>
          <w:rFonts w:ascii="Times New Roman" w:hAnsi="Times New Roman" w:eastAsia="Times New Roman" w:cs="Times New Roman"/>
          <w:b w:val="0"/>
          <w:sz w:val="24"/>
        </w:rPr>
        <w:t xml:space="preserve">. Performer agrees that during the exclusive period of this Agreement, Performer will not ride in any aircraft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passenger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scheduled flight of the United States or major international air carrier maintaining regularly published schedules, or engage in any extra-hazardous activity or any activity that would cause Production Company to lose usual insurance coverage on Performer without obtaining Production Company’s written consent in advance in each and every case.</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preparation or production of the Picture is materially hampered, interrupted or prevented due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w:t>
      </w:r>
      <w:r>
        <w:rPr>
          <w:rFonts w:ascii="Times New Roman" w:hAnsi="Times New Roman" w:eastAsia="Times New Roman" w:cs="Times New Roman"/>
          <w:b w:val="0"/>
          <w:sz w:val="24"/>
        </w:rPr>
        <w:t>Force Majeure</w:t>
      </w:r>
      <w:r>
        <w:rPr>
          <w:rFonts w:ascii="Times New Roman" w:hAnsi="Times New Roman" w:eastAsia="Times New Roman" w:cs="Times New Roman"/>
          <w:b w:val="0"/>
          <w:sz w:val="24"/>
        </w:rPr>
        <w:t>" as such term is commonly understood in the entertainment industry, Production Company shall have the right to suspend this Agreement while such event continues. Production Company's election to suspend this Agreement shall not affect Production Company's right thereafter to terminate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Disability and Default.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Performer shall fail, refuse or neglect to render services or fulfill Performer's obligations with respect to the Picture other than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or events of incapacity as defined in subclause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below, Production Company shall have the right to suspend this Agreement while such event continues and/or to terminate this Agreement. Production Company's election to suspend this Agreement shall not affect Production Company's right thereafter to terminate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Performer is hampered in fully performing hereunder by reason of illness, accident, or mental or physical disability, or by reason of any law or governmental authority (all of which events are referred to herein as "incapacity"), Performer's engagement hereunder shall be automatically suspended from the commencement of such incapacity (unless Production Company elects that such engagement not be suspended) and thereafter until Performer personally reports to Production Company, ready, willing and able to render services hereunder. Alternatively, Production Company may terminate Performer's engagement hereunder by giving written notice to Performer during the continuance of such incapacity. </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suspension pursuant to this clause, Production Company's obligations to make the payments specified herein shall likewise be suspended. If Production Company elects to terminate this Agreement because of incapacity, the compensation, if any, theretofore accrued to Performer hereunder, when paid, shall be deemed payment in full of all compensation payable to Performer hereunder, and thereafter, Production Company shall be released and discharged from any and all further obligations which Production Company may have to Performer. </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Withhold.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Production Company shall have the right to deduct and withhold from any sum payable to Performer hereunder any amounts required to be deducted and withheld by Production Company pursuant to any applicable present or future law, ordinance or regulation of any country, including, without limitation, any country wherein Performer provides services hereunder.</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waiver by either party of any breach of this Agreement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subsequent breach. Any waiver must be in writing to be effective.</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Obligation to Utilize Services.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Although Production Company shall have the right to utilize Performer's services, and the Results and Proceeds thereof, in and in connection with the Picture pursuant hereto, and in advertising and promotion thereof, Production Company shall have no obligation to nor does it make any warranty or representation that it shall do so, or that it will produce, release or distribute the Picture, or that it will continue the release and distribution of the Picture if released, or otherwise exploit any rights granted to Production Company hereunder.</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Production Company’s address for the purposes of this Agreement shall be [production company’s address]. Performer shall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of all notices sent to Production Company to [name and address of Production Company’s legal counsel]. Performer’s address for the purposes of this Agreement shall be [artist’s address]. Production Company shall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of all notices sent to Performer to [name and address of Performer’s legal counsel].</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Travel and Expense.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Production Company requires Performer's services more than [e.g., seventy-five (75) miles] from Performer's principal home ("Location"), Production Company shall provide Performer with travel and expenses as set forth in the Test Option Agreement to which this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is attached.</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Commitments to Others.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Performer shall not have the right or authority to, and shall not, employ any person in any capacity, or contract for the purchase or rental of any article or material, or make any commitment, agreement or obligation whereby Production Company shall be required to pay any monies or other consideration without Production Company's prior written consent in each instance.</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Guild Membership.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rendition of Performer's services hereunder, at such times and during such period or periods as it may be lawful for Production Company to require Performer so to do, Performer, at Performer's sole cost and expense, and at Production Company's request, shall remain or become and remain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good standing of the then properly designated labor organization or organizations representing persons performing services of the kind to be performed by Performer hereunder. Production Company represents that it is, or will by the date of commencement of Performer's services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signatory to the SAG-AFTRA Basic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Form I-9.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of Production Company's obligations under this Agreement shall be expressly conditioned upon Performer's completion, to Production Company's satisfaction, of the Form I-9 (Employment Eligibility Verification Form) and Performer's submission to Production Company of original documents satisfactory to Production Company to prove Performer's employment eligibility.</w:t>
      </w:r>
    </w:p>
    <w:p>
      <w:pPr>
        <w:keepNext w:val="0"/>
        <w:spacing w:before="120" w:after="0" w:line="260" w:lineRule="exact"/>
        <w:ind w:left="108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contained in this Agreement shall require the commission of any act, or payment of any monies, which is contrary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provision of law or contrary to public policy, or to any provision of applicable guild or collective bargaining agreements. If there shall exist any conflict between any provisions contained herein and any such law, policy or agreement, the latter shall prevail; and the provision or provisions herein affected shall be curtailed, limited or eliminated to the extent (but only to the extent) necessary to remove such conflict; and as so modified this Agreement shall continue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constitutes the entire agreement between the parties hereto with respect to the subject matter hereof and supersedes and cancels all other and former agreements and understandings in the premises between the parties as of the date hereof.</w:t>
      </w:r>
    </w:p>
    <w:p>
      <w:pPr>
        <w:keepNext w:val="0"/>
        <w:spacing w:before="120" w:after="0" w:line="260" w:lineRule="exact"/>
        <w:ind w:left="108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cannot be modified, supplemented or amended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executed by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subject to and construed in accordance with the laws of the State of [e.g., California].</w:t>
      </w:r>
    </w:p>
    <w:p>
      <w:pPr>
        <w:keepNext w:val="0"/>
        <w:spacing w:before="120" w:after="0" w:line="260" w:lineRule="exact"/>
        <w:ind w:left="1080" w:right="0" w:firstLine="0"/>
        <w:jc w:val="left"/>
      </w:pPr>
      <w:r>
        <w:rPr>
          <w:rFonts w:ascii="Times New Roman" w:hAnsi="Times New Roman" w:eastAsia="Times New Roman" w:cs="Times New Roman"/>
          <w:b w:val="0"/>
          <w:sz w:val="24"/>
        </w:rPr>
        <w:t>30.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of the Parties.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contained herein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between or joint venture by the parties or constitute either party as the agent of the other.</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binding upon and inure to the benefit of the parties and their respective heirs, successors, licensees and permitted assigns. [Performer shall not have the right to assign this Agreement in whole or in part without the prior written approval of Production Company.]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"PERFORMER":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"PRODUCTION COMPANY"</w:t>
      </w:r>
    </w:p>
    <w:p>
      <w:pPr>
        <w:keepNext w:val="0"/>
        <w:spacing w:before="120" w:after="0" w:line="260" w:lineRule="exact"/>
        <w:ind w:left="360" w:right="0" w:firstLine="0"/>
        <w:jc w:val="left"/>
      </w:pPr>
      <w:r>
        <w:rPr>
          <w:rFonts w:ascii="Times New Roman" w:hAnsi="Times New Roman" w:eastAsia="Times New Roman" w:cs="Times New Roman"/>
          <w:b w:val="0"/>
          <w:sz w:val="24"/>
        </w:rPr>
        <w:t>[Name of Production Company]</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Its: [Signer's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