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TEXAS 3-DAY NOTICE TO VACATE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(NONCOMPLIANCE)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STATE OF TEXAS, COUNTY OF 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ADDRESS: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As outlined in Article 24.005, Texas Property Code, </w:t>
      </w:r>
      <w:r>
        <w:rPr>
          <w:rFonts w:ascii="Times New Roman" w:hAnsi="Times New Roman" w:eastAsia="Times New Roman" w:cs="Times New Roman"/>
          <w:sz w:val="24"/>
        </w:rPr>
        <w:t>you are hereby notified that three (3) days after delivery of this notice, I demand possession of said property listed above, now occupied by you, unless you cure the following lease violation 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not, I shall proceed to repossess said property on the first (1</w:t>
      </w:r>
      <w:r>
        <w:rPr>
          <w:rFonts w:ascii="Times New Roman" w:hAnsi="Times New Roman" w:eastAsia="Times New Roman" w:cs="Times New Roman"/>
          <w:sz w:val="24"/>
        </w:rPr>
        <w:t>st</w:t>
      </w:r>
      <w:r>
        <w:rPr>
          <w:rFonts w:ascii="Times New Roman" w:hAnsi="Times New Roman" w:eastAsia="Times New Roman" w:cs="Times New Roman"/>
          <w:sz w:val="24"/>
        </w:rPr>
        <w:t>) day after the three (3) day notice period. At the end of the third (3</w:t>
      </w:r>
      <w:r>
        <w:rPr>
          <w:rFonts w:ascii="Times New Roman" w:hAnsi="Times New Roman" w:eastAsia="Times New Roman" w:cs="Times New Roman"/>
          <w:sz w:val="24"/>
        </w:rPr>
        <w:t>rd</w:t>
      </w:r>
      <w:r>
        <w:rPr>
          <w:rFonts w:ascii="Times New Roman" w:hAnsi="Times New Roman" w:eastAsia="Times New Roman" w:cs="Times New Roman"/>
          <w:sz w:val="24"/>
        </w:rPr>
        <w:t>) day, I shall check and verify that you are in compliance with your lease agreement.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I HEREBY DEMAND </w:t>
      </w:r>
      <w:r>
        <w:rPr>
          <w:rFonts w:ascii="Times New Roman" w:hAnsi="Times New Roman" w:eastAsia="Times New Roman" w:cs="Times New Roman"/>
          <w:sz w:val="24"/>
        </w:rPr>
        <w:t>that you pay all past due rent or vacate the property at once or I shall proceed against you as the law directs.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SIGNED </w:t>
      </w:r>
      <w:r>
        <w:rPr>
          <w:rFonts w:ascii="Times New Roman" w:hAnsi="Times New Roman" w:eastAsia="Times New Roman" w:cs="Times New Roman"/>
          <w:sz w:val="24"/>
        </w:rPr>
        <w:t>this ___ day of ___________________________, 20___.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Signature of Landlord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Address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This notice was executed at the above address on the ___ day of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___________________________, 20___, at _____________ o'clock _____.m. by: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Delivering a true copy of this notice to Defendant in person.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Leaving a true copy of this notice with ____________________________________, a person over the age of 16 years, at the address listed above.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Posting a true copy of this notice to the premises according to the law.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SIGNED </w:t>
      </w:r>
      <w:r>
        <w:rPr>
          <w:rFonts w:ascii="Times New Roman" w:hAnsi="Times New Roman" w:eastAsia="Times New Roman" w:cs="Times New Roman"/>
          <w:sz w:val="24"/>
        </w:rPr>
        <w:t>this ___ day of ___________________________, 20___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Signature of person serving this notice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