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ADDENDUM REGARDING RENTAL FLOOD DISCLOSURE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Date</w:t>
      </w:r>
      <w:r>
        <w:rPr>
          <w:rFonts w:ascii="Times New Roman" w:hAnsi="Times New Roman" w:eastAsia="Times New Roman" w:cs="Times New Roman"/>
          <w:sz w:val="24"/>
        </w:rPr>
        <w:t>: October 31, 2023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Property Address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[PROPERTY ADDRESS]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Disclosure</w:t>
      </w:r>
      <w:r>
        <w:rPr>
          <w:rFonts w:ascii="Times New Roman" w:hAnsi="Times New Roman" w:eastAsia="Times New Roman" w:cs="Times New Roman"/>
          <w:sz w:val="24"/>
        </w:rPr>
        <w:t>: THIS ADDENDUM IS A DISCLOSURE OF THE LANDLORDS’ KNOWLEDGE AS OF THE DATE SIGNED BY THE LANDLORD. IT IS NOT A WARRANTY OF ANY KIND NOR A PREDICTION OF FUTURE EVENTS BY THE LANDLORD OR THEIR AGENT.</w:t>
      </w:r>
    </w:p>
    <w:p>
      <w:pPr/>
    </w:p>
    <w:p>
      <w:pPr>
        <w:ind w:hanging="360"/>
      </w:pPr>
      <w:r>
        <w:rPr>
          <w:rFonts w:ascii="Times New Roman" w:hAnsi="Times New Roman" w:eastAsia="Times New Roman" w:cs="Times New Roman"/>
          <w:b/>
          <w:sz w:val="24"/>
        </w:rPr>
        <w:t>100-Year Floodplain</w:t>
      </w:r>
      <w:r>
        <w:rPr>
          <w:rFonts w:ascii="Times New Roman" w:hAnsi="Times New Roman" w:eastAsia="Times New Roman" w:cs="Times New Roman"/>
          <w:sz w:val="24"/>
        </w:rPr>
        <w:t xml:space="preserve">. The Landlord is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AWARE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NOT AWARE</w:t>
      </w:r>
      <w:r>
        <w:rPr>
          <w:rFonts w:ascii="Times New Roman" w:hAnsi="Times New Roman" w:eastAsia="Times New Roman" w:cs="Times New Roman"/>
          <w:sz w:val="24"/>
        </w:rPr>
        <w:t xml:space="preserve"> that the property is located in a 100-year floodplain. If neither box is checked, you should assume that the property is in a 100-year floodplain. Even if the property is not in a 100-year floodplain, the property may still be susceptible to flooding. The Federal Emergency Management Agency (FEMA) maintains a flood map on its website that is searchable by address, at no cost, to determine if a property is located in a flood hazard area. Most tenant insurance policies do not cover damages or losses incurred in a flood. For best practices, it is recommended that a tenant seek insurance coverage that would cover such an event.</w:t>
      </w:r>
    </w:p>
    <w:p>
      <w:pPr/>
    </w:p>
    <w:p>
      <w:pPr>
        <w:ind w:hanging="360"/>
      </w:pPr>
      <w:r>
        <w:rPr>
          <w:rFonts w:ascii="Times New Roman" w:hAnsi="Times New Roman" w:eastAsia="Times New Roman" w:cs="Times New Roman"/>
          <w:b/>
          <w:sz w:val="24"/>
        </w:rPr>
        <w:t>Water Damage in the Past 5 Years</w:t>
      </w:r>
      <w:r>
        <w:rPr>
          <w:rFonts w:ascii="Times New Roman" w:hAnsi="Times New Roman" w:eastAsia="Times New Roman" w:cs="Times New Roman"/>
          <w:sz w:val="24"/>
        </w:rPr>
        <w:t xml:space="preserve">. The Landlord is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AWARE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NOT AWARE</w:t>
      </w:r>
      <w:r>
        <w:rPr>
          <w:rFonts w:ascii="Times New Roman" w:hAnsi="Times New Roman" w:eastAsia="Times New Roman" w:cs="Times New Roman"/>
          <w:sz w:val="24"/>
        </w:rPr>
        <w:t xml:space="preserve"> of damage to the property that has occurred at least once in the last 5 years due to flooding.</w:t>
      </w:r>
    </w:p>
    <w:p>
      <w:pPr/>
    </w:p>
    <w:p>
      <w:pPr>
        <w:ind w:hanging="360"/>
      </w:pPr>
      <w:r>
        <w:rPr>
          <w:rFonts w:ascii="Times New Roman" w:hAnsi="Times New Roman" w:eastAsia="Times New Roman" w:cs="Times New Roman"/>
          <w:b/>
          <w:sz w:val="24"/>
        </w:rPr>
        <w:t>Additional Disclosures</w:t>
      </w:r>
      <w:r>
        <w:rPr>
          <w:rFonts w:ascii="Times New Roman" w:hAnsi="Times New Roman" w:eastAsia="Times New Roman" w:cs="Times New Roman"/>
          <w:sz w:val="24"/>
        </w:rPr>
        <w:t>. For the purposes of this notice:</w:t>
      </w:r>
    </w:p>
    <w:p>
      <w:pPr/>
      <w:r>
        <w:rPr>
          <w:rFonts w:ascii="Times New Roman" w:hAnsi="Times New Roman" w:eastAsia="Times New Roman" w:cs="Times New Roman"/>
          <w:sz w:val="24"/>
        </w:rPr>
        <w:t>100-Year Floodplain</w:t>
      </w:r>
      <w:r>
        <w:rPr>
          <w:rFonts w:ascii="Times New Roman" w:hAnsi="Times New Roman" w:eastAsia="Times New Roman" w:cs="Times New Roman"/>
          <w:sz w:val="24"/>
        </w:rPr>
        <w:t>. Means any area of land designated as a flood hazard area with a one percent (1%) chance or greater of flooding each year by the Federal Emergency Management Agency (FEMA) under the National Flood Insurance Act of 1968 (42 U.S.C. Section 4002 et eq.). A landlord is not required to disclose on the notice that the landlord is aware that a property is located in a 100-year floodplain if the elevation of the property is raised above the 100-year floodplain flood levels in accordance with federal regulations.</w:t>
      </w:r>
    </w:p>
    <w:p>
      <w:pPr/>
      <w:r>
        <w:rPr>
          <w:rFonts w:ascii="Times New Roman" w:hAnsi="Times New Roman" w:eastAsia="Times New Roman" w:cs="Times New Roman"/>
          <w:sz w:val="24"/>
        </w:rPr>
        <w:t>Flooding</w:t>
      </w:r>
      <w:r>
        <w:rPr>
          <w:rFonts w:ascii="Times New Roman" w:hAnsi="Times New Roman" w:eastAsia="Times New Roman" w:cs="Times New Roman"/>
          <w:sz w:val="24"/>
        </w:rPr>
        <w:t>. Means a general or temporary condition of partial or complete inundation of a property caused by: (a) the overflow of inland or tidal waters; (b) the unusual and rapid accumulation of runoff or surface waters from any established water source such as a river, stream, drainage ditch; or (c) excessive rainfall.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Tenant’s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Print Name: ______________________</w:t>
      </w:r>
    </w:p>
    <w:p>
      <w:pPr/>
      <w:r>
        <w:rPr>
          <w:rFonts w:ascii="Times New Roman" w:hAnsi="Times New Roman" w:eastAsia="Times New Roman" w:cs="Times New Roman"/>
          <w:b/>
          <w:sz w:val="24"/>
        </w:rPr>
        <w:t>Tenant’s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Print Name: ______________________</w:t>
      </w:r>
    </w:p>
    <w:p>
      <w:pPr/>
      <w:r>
        <w:rPr>
          <w:rFonts w:ascii="Times New Roman" w:hAnsi="Times New Roman" w:eastAsia="Times New Roman" w:cs="Times New Roman"/>
          <w:b/>
          <w:sz w:val="24"/>
        </w:rPr>
        <w:t>Landlord’s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________________</w:t>
      </w:r>
    </w:p>
    <w:p>
      <w:pPr>
        <w:spacing w:before="0" w:after="160"/>
      </w:pPr>
      <w:r>
        <w:rPr>
          <w:rFonts w:ascii="Times New Roman" w:hAnsi="Times New Roman" w:eastAsia="Times New Roman" w:cs="Times New Roman"/>
          <w:sz w:val="24"/>
        </w:rPr>
        <w:t>Print Name: 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