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80" w:lineRule="auto"/>
        <w:jc w:val="center"/>
      </w:pPr>
      <w:r>
        <w:rPr>
          <w:rFonts w:ascii="Times New Roman" w:hAnsi="Times New Roman" w:eastAsia="Times New Roman" w:cs="Times New Roman"/>
          <w:b/>
          <w:sz w:val="24"/>
        </w:rPr>
        <w:t>POWER OF ATTORNEY FOR CAREGIVER OF CHILD</w:t>
      </w:r>
    </w:p>
    <w:p>
      <w:pPr>
        <w:spacing w:line="480" w:lineRule="auto"/>
      </w:pPr>
      <w:r>
        <w:rPr>
          <w:rFonts w:ascii="Times New Roman" w:hAnsi="Times New Roman" w:eastAsia="Times New Roman" w:cs="Times New Roman"/>
          <w:sz w:val="24"/>
        </w:rPr>
        <w:t>WARNING: If there is a pending suit affecting the parent-child relationship concerning a child named in this Power of Attorney for Caregiver of Child, or other pending litigation in any court concerning custody, possession, or placement of the child, or access to or visitation with the child or if a court has continuing jurisdiction concerning the child, this Power of Attorney for Caregiver of Child cannot be executed unless the court by written order allows it to be executed.</w:t>
      </w:r>
    </w:p>
    <w:p>
      <w:pPr>
        <w:spacing w:line="480" w:lineRule="auto"/>
      </w:pPr>
      <w:r>
        <w:rPr>
          <w:rFonts w:ascii="Times New Roman" w:hAnsi="Times New Roman" w:eastAsia="Times New Roman" w:cs="Times New Roman"/>
          <w:b/>
          <w:sz w:val="24"/>
        </w:rPr>
        <w:t>1. PARENT INFORMATION.</w:t>
      </w:r>
    </w:p>
    <w:p>
      <w:pPr>
        <w:spacing w:line="480" w:lineRule="auto"/>
      </w:pPr>
      <w:r>
        <w:rPr>
          <w:rFonts w:ascii="Times New Roman" w:hAnsi="Times New Roman" w:eastAsia="Times New Roman" w:cs="Times New Roman"/>
          <w:sz w:val="24"/>
        </w:rPr>
        <w:t>My name is (print):</w:t>
      </w:r>
      <w:r>
        <w:rPr>
          <w:rFonts w:ascii="Times New Roman" w:hAnsi="Times New Roman" w:eastAsia="Times New Roman" w:cs="Times New Roman"/>
          <w:sz w:val="24"/>
        </w:rPr>
        <w:t>[NAME OF CHILD]</w:t>
      </w:r>
    </w:p>
    <w:p>
      <w:pPr>
        <w:spacing w:line="480" w:lineRule="auto"/>
      </w:pPr>
      <w:r>
        <w:rPr>
          <w:rFonts w:ascii="Times New Roman" w:hAnsi="Times New Roman" w:eastAsia="Times New Roman" w:cs="Times New Roman"/>
          <w:sz w:val="24"/>
        </w:rPr>
        <w:t>I am a parent of the child or children (hereinafter referred to as 'child') named in this Power of Attorney for Caregiver of Child.</w:t>
      </w:r>
    </w:p>
    <w:p>
      <w:pPr>
        <w:spacing w:line="480" w:lineRule="auto"/>
      </w:pPr>
      <w:r>
        <w:rPr>
          <w:rFonts w:ascii="Times New Roman" w:hAnsi="Times New Roman" w:eastAsia="Times New Roman" w:cs="Times New Roman"/>
          <w:sz w:val="24"/>
        </w:rPr>
        <w:t xml:space="preserve">My address: </w:t>
      </w:r>
      <w:r>
        <w:rPr>
          <w:rFonts w:ascii="Times New Roman" w:hAnsi="Times New Roman" w:eastAsia="Times New Roman" w:cs="Times New Roman"/>
          <w:sz w:val="24"/>
        </w:rPr>
        <w:t>[ADDRESS OF PARENT]</w:t>
      </w:r>
    </w:p>
    <w:p>
      <w:pPr>
        <w:spacing w:line="480" w:lineRule="auto"/>
      </w:pPr>
      <w:r>
        <w:rPr>
          <w:rFonts w:ascii="Times New Roman" w:hAnsi="Times New Roman" w:eastAsia="Times New Roman" w:cs="Times New Roman"/>
          <w:sz w:val="24"/>
        </w:rPr>
        <w:t xml:space="preserve">Telephone number or best way to contact: </w:t>
      </w:r>
      <w:r>
        <w:rPr>
          <w:rFonts w:ascii="Times New Roman" w:hAnsi="Times New Roman" w:eastAsia="Times New Roman" w:cs="Times New Roman"/>
          <w:sz w:val="24"/>
        </w:rPr>
        <w:t>[TELEPHONE NUMBER OF PARENT]</w:t>
      </w:r>
    </w:p>
    <w:p>
      <w:pPr>
        <w:spacing w:line="480" w:lineRule="auto"/>
      </w:pPr>
      <w:r>
        <w:rPr>
          <w:rFonts w:ascii="Times New Roman" w:hAnsi="Times New Roman" w:eastAsia="Times New Roman" w:cs="Times New Roman"/>
          <w:sz w:val="24"/>
        </w:rPr>
        <w:t xml:space="preserve">Driver's license number and issuing state or other form of identification: </w:t>
      </w:r>
      <w:r>
        <w:rPr>
          <w:rFonts w:ascii="Times New Roman" w:hAnsi="Times New Roman" w:eastAsia="Times New Roman" w:cs="Times New Roman"/>
          <w:sz w:val="24"/>
        </w:rPr>
        <w:t>[PARENT'S DRIVER'S LICENSE NUMBER]</w:t>
      </w:r>
    </w:p>
    <w:p>
      <w:pPr>
        <w:spacing w:line="480" w:lineRule="auto"/>
      </w:pPr>
      <w:r>
        <w:rPr>
          <w:rFonts w:ascii="Times New Roman" w:hAnsi="Times New Roman" w:eastAsia="Times New Roman" w:cs="Times New Roman"/>
          <w:sz w:val="24"/>
        </w:rPr>
        <w:t xml:space="preserve">Name of other parent: </w:t>
      </w:r>
      <w:r>
        <w:rPr>
          <w:rFonts w:ascii="Times New Roman" w:hAnsi="Times New Roman" w:eastAsia="Times New Roman" w:cs="Times New Roman"/>
          <w:sz w:val="24"/>
        </w:rPr>
        <w:t>[OTHER PARENT'S NAME]</w:t>
      </w:r>
    </w:p>
    <w:p>
      <w:pPr>
        <w:spacing w:line="480" w:lineRule="auto"/>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[OTHER PARENT'S ADDRESS]</w:t>
      </w:r>
    </w:p>
    <w:p>
      <w:pPr>
        <w:spacing w:line="480" w:lineRule="auto"/>
      </w:pPr>
      <w:r>
        <w:rPr>
          <w:rFonts w:ascii="Times New Roman" w:hAnsi="Times New Roman" w:eastAsia="Times New Roman" w:cs="Times New Roman"/>
          <w:sz w:val="24"/>
        </w:rPr>
        <w:t xml:space="preserve">Telephone number: </w:t>
      </w:r>
      <w:r>
        <w:rPr>
          <w:rFonts w:ascii="Times New Roman" w:hAnsi="Times New Roman" w:eastAsia="Times New Roman" w:cs="Times New Roman"/>
          <w:sz w:val="24"/>
        </w:rPr>
        <w:t>[OTHER PARENT'S PHONE NUMBER]</w:t>
      </w:r>
    </w:p>
    <w:p>
      <w:pPr>
        <w:spacing w:line="480" w:lineRule="auto"/>
      </w:pPr>
      <w:r>
        <w:rPr>
          <w:rFonts w:ascii="Times New Roman" w:hAnsi="Times New Roman" w:eastAsia="Times New Roman" w:cs="Times New Roman"/>
          <w:sz w:val="24"/>
        </w:rPr>
        <w:t>Required: (initial)</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other parent has signed this power of attorney.</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other parent has not signed this power of attorney because:</w:t>
      </w:r>
    </w:p>
    <w:p>
      <w:pPr>
        <w:spacing w:line="480" w:lineRule="auto"/>
      </w:pPr>
      <w:r>
        <w:rPr>
          <w:rFonts w:ascii="Times New Roman" w:hAnsi="Times New Roman" w:eastAsia="Times New Roman" w:cs="Times New Roman"/>
          <w:sz w:val="24"/>
        </w:rPr>
        <w:t>[DESCRIBE REASON FOR NOT SIGNING]</w:t>
      </w:r>
    </w:p>
    <w:p>
      <w:pPr>
        <w:spacing w:line="480" w:lineRule="auto"/>
      </w:pPr>
      <w:r>
        <w:rPr>
          <w:rFonts w:ascii="Times New Roman" w:hAnsi="Times New Roman" w:eastAsia="Times New Roman" w:cs="Times New Roman"/>
          <w:sz w:val="24"/>
        </w:rPr>
        <w:t>Note: If only one parent signs this power of attorney, the power of attorney must be witnessed by two witnesses to be effective.</w:t>
      </w:r>
    </w:p>
    <w:p>
      <w:pPr>
        <w:spacing w:line="480" w:lineRule="auto"/>
      </w:pPr>
      <w:r>
        <w:rPr>
          <w:rFonts w:ascii="Times New Roman" w:hAnsi="Times New Roman" w:eastAsia="Times New Roman" w:cs="Times New Roman"/>
          <w:b/>
          <w:sz w:val="24"/>
        </w:rPr>
        <w:t>2. ACKNOWLEDGMENT OF DISCLOSURE STATEMENT</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 have read and understand the information contained in the disclosure statement attached to and made part of this power of attorney.</w:t>
      </w:r>
    </w:p>
    <w:p>
      <w:pPr>
        <w:spacing w:line="480" w:lineRule="auto"/>
      </w:pPr>
      <w:r>
        <w:rPr>
          <w:rFonts w:ascii="Times New Roman" w:hAnsi="Times New Roman" w:eastAsia="Times New Roman" w:cs="Times New Roman"/>
          <w:sz w:val="24"/>
        </w:rPr>
        <w:t>[OTHER PARENT'S INITIALS]</w:t>
      </w:r>
      <w:r>
        <w:rPr>
          <w:rFonts w:ascii="Times New Roman" w:hAnsi="Times New Roman" w:eastAsia="Times New Roman" w:cs="Times New Roman"/>
          <w:sz w:val="24"/>
        </w:rPr>
        <w:t xml:space="preserve"> The other parent has read and understands the information contained in the disclosure statement attached to and made part of this power of attorney.</w:t>
      </w:r>
    </w:p>
    <w:p>
      <w:pPr>
        <w:spacing w:line="480" w:lineRule="auto"/>
      </w:pPr>
      <w:r>
        <w:rPr>
          <w:rFonts w:ascii="Times New Roman" w:hAnsi="Times New Roman" w:eastAsia="Times New Roman" w:cs="Times New Roman"/>
          <w:b/>
          <w:sz w:val="24"/>
        </w:rPr>
        <w:t>3. PRIOR COURT ORDERS CONCERNING CHILD</w:t>
      </w:r>
      <w:r>
        <w:rPr>
          <w:rFonts w:ascii="Times New Roman" w:hAnsi="Times New Roman" w:eastAsia="Times New Roman" w:cs="Times New Roman"/>
          <w:sz w:val="24"/>
        </w:rPr>
        <w:t xml:space="preserve"> (initial the correct choice).</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NO court has issued orders about my child and there are no child support orders in effect with respect to my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 court HAS issued orders about my child:</w:t>
      </w:r>
    </w:p>
    <w:p>
      <w:pPr>
        <w:spacing w:line="480" w:lineRule="auto"/>
      </w:pPr>
      <w:r>
        <w:rPr>
          <w:rFonts w:ascii="Times New Roman" w:hAnsi="Times New Roman" w:eastAsia="Times New Roman" w:cs="Times New Roman"/>
          <w:sz w:val="24"/>
        </w:rPr>
        <w:t xml:space="preserve">Cause number: </w:t>
      </w:r>
      <w:r>
        <w:rPr>
          <w:rFonts w:ascii="Times New Roman" w:hAnsi="Times New Roman" w:eastAsia="Times New Roman" w:cs="Times New Roman"/>
          <w:sz w:val="24"/>
        </w:rPr>
        <w:t>[CASE NUMBER]</w:t>
      </w:r>
      <w:r>
        <w:rPr>
          <w:rFonts w:ascii="Times New Roman" w:hAnsi="Times New Roman" w:eastAsia="Times New Roman" w:cs="Times New Roman"/>
          <w:sz w:val="24"/>
        </w:rPr>
        <w:t xml:space="preserve">, </w:t>
      </w: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Texas.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The order grants me the right to determine the primary physical residence of my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 have provided my agent with a copy of the order.</w:t>
      </w:r>
    </w:p>
    <w:p>
      <w:pPr>
        <w:spacing w:line="480" w:lineRule="auto"/>
      </w:pPr>
      <w:r>
        <w:rPr>
          <w:rFonts w:ascii="Times New Roman" w:hAnsi="Times New Roman" w:eastAsia="Times New Roman" w:cs="Times New Roman"/>
          <w:b/>
          <w:sz w:val="24"/>
        </w:rPr>
        <w:t>4. DESIGNATION OF AGENT</w:t>
      </w:r>
    </w:p>
    <w:p>
      <w:pPr>
        <w:spacing w:line="480" w:lineRule="auto"/>
      </w:pPr>
      <w:r>
        <w:rPr>
          <w:rFonts w:ascii="Times New Roman" w:hAnsi="Times New Roman" w:eastAsia="Times New Roman" w:cs="Times New Roman"/>
          <w:sz w:val="24"/>
        </w:rPr>
        <w:t xml:space="preserve">I do hereby appoint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as my agent to act on behalf of my child as stated below, unless I state otherwise in this document.</w:t>
      </w:r>
    </w:p>
    <w:p>
      <w:pPr>
        <w:spacing w:line="480" w:lineRule="auto"/>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 OF AGENT]</w:t>
      </w:r>
    </w:p>
    <w:p>
      <w:pPr>
        <w:spacing w:line="480" w:lineRule="auto"/>
      </w:pPr>
      <w:r>
        <w:rPr>
          <w:rFonts w:ascii="Times New Roman" w:hAnsi="Times New Roman" w:eastAsia="Times New Roman" w:cs="Times New Roman"/>
          <w:sz w:val="24"/>
        </w:rPr>
        <w:t xml:space="preserve">Driver's license number and issuing state or other form of identification: </w:t>
      </w:r>
      <w:r>
        <w:rPr>
          <w:rFonts w:ascii="Times New Roman" w:hAnsi="Times New Roman" w:eastAsia="Times New Roman" w:cs="Times New Roman"/>
          <w:sz w:val="24"/>
        </w:rPr>
        <w:t>[DRIVER'S LICENSE OR IDENTIFICATION NUMBER OF AGENT]</w:t>
      </w:r>
    </w:p>
    <w:p>
      <w:pPr>
        <w:spacing w:line="480" w:lineRule="auto"/>
      </w:pPr>
      <w:r>
        <w:rPr>
          <w:rFonts w:ascii="Times New Roman" w:hAnsi="Times New Roman" w:eastAsia="Times New Roman" w:cs="Times New Roman"/>
          <w:sz w:val="24"/>
        </w:rPr>
        <w:t xml:space="preserve">Telephone number or best way to contact: </w:t>
      </w:r>
      <w:r>
        <w:rPr>
          <w:rFonts w:ascii="Times New Roman" w:hAnsi="Times New Roman" w:eastAsia="Times New Roman" w:cs="Times New Roman"/>
          <w:sz w:val="24"/>
        </w:rPr>
        <w:t>[TELEPHONE NUMBER OF AGENT]</w:t>
      </w:r>
    </w:p>
    <w:p>
      <w:pPr>
        <w:spacing w:line="480" w:lineRule="auto"/>
      </w:pPr>
      <w:r>
        <w:rPr>
          <w:rFonts w:ascii="Times New Roman" w:hAnsi="Times New Roman" w:eastAsia="Times New Roman" w:cs="Times New Roman"/>
          <w:b/>
          <w:sz w:val="24"/>
        </w:rPr>
        <w:t>5. CHILDREN COVERED BY THIS POWER OF ATTORNEY</w:t>
      </w:r>
    </w:p>
    <w:p>
      <w:pPr>
        <w:spacing w:line="480" w:lineRule="auto"/>
      </w:pPr>
      <w:r>
        <w:rPr>
          <w:rFonts w:ascii="Times New Roman" w:hAnsi="Times New Roman" w:eastAsia="Times New Roman" w:cs="Times New Roman"/>
          <w:sz w:val="24"/>
        </w:rPr>
        <w:t>Please provide the following information for each child for whom this power of attorney is to be effective. Attach additional sheets if necessary.</w:t>
      </w:r>
    </w:p>
    <w:p>
      <w:pPr>
        <w:spacing w:line="480" w:lineRule="auto"/>
      </w:pPr>
      <w:r>
        <w:rPr>
          <w:rFonts w:ascii="Times New Roman" w:hAnsi="Times New Roman" w:eastAsia="Times New Roman" w:cs="Times New Roman"/>
          <w:sz w:val="24"/>
        </w:rPr>
        <w:t xml:space="preserve">Child's name (first, middle, last): </w:t>
      </w:r>
      <w:r>
        <w:rPr>
          <w:rFonts w:ascii="Times New Roman" w:hAnsi="Times New Roman" w:eastAsia="Times New Roman" w:cs="Times New Roman"/>
          <w:sz w:val="24"/>
        </w:rPr>
        <w:t>[NAME OF COVERED CHILD]</w:t>
      </w:r>
    </w:p>
    <w:p>
      <w:pPr>
        <w:spacing w:line="480" w:lineRule="auto"/>
      </w:pPr>
      <w:r>
        <w:rPr>
          <w:rFonts w:ascii="Times New Roman" w:hAnsi="Times New Roman" w:eastAsia="Times New Roman" w:cs="Times New Roman"/>
          <w:sz w:val="24"/>
        </w:rPr>
        <w:t xml:space="preserve">Date of birth: </w:t>
      </w:r>
      <w:r>
        <w:rPr>
          <w:rFonts w:ascii="Times New Roman" w:hAnsi="Times New Roman" w:eastAsia="Times New Roman" w:cs="Times New Roman"/>
          <w:sz w:val="24"/>
        </w:rPr>
        <w:t>[DATE OF BIRTH OF COVERED CHILD]</w:t>
      </w:r>
    </w:p>
    <w:p>
      <w:pPr>
        <w:spacing w:line="480" w:lineRule="auto"/>
      </w:pPr>
      <w:r>
        <w:rPr>
          <w:rFonts w:ascii="Times New Roman" w:hAnsi="Times New Roman" w:eastAsia="Times New Roman" w:cs="Times New Roman"/>
          <w:b/>
          <w:sz w:val="24"/>
        </w:rPr>
        <w:t>6. POWERS (AREAS OF AUTHORITY).</w:t>
      </w:r>
    </w:p>
    <w:p>
      <w:pPr>
        <w:spacing w:line="480" w:lineRule="auto"/>
      </w:pPr>
      <w:r>
        <w:rPr>
          <w:rFonts w:ascii="Times New Roman" w:hAnsi="Times New Roman" w:eastAsia="Times New Roman" w:cs="Times New Roman"/>
          <w:sz w:val="24"/>
        </w:rPr>
        <w:t>My agent is hereby appointed in my place to perform the following acts on behalf of each child named above:</w:t>
      </w:r>
    </w:p>
    <w:p>
      <w:pPr>
        <w:spacing w:line="480" w:lineRule="auto"/>
      </w:pPr>
      <w:r>
        <w:rPr>
          <w:rFonts w:ascii="Times New Roman" w:hAnsi="Times New Roman" w:eastAsia="Times New Roman" w:cs="Times New Roman"/>
          <w:sz w:val="24"/>
        </w:rPr>
        <w:t>Initial ONLY those areas of authority that you wish your agent to have. Draw vertical or wavy lines through each area of authority that you do not want your agent to have.</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maintain physical possession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designate the primary residence of the child in Texas (Note: if there are prior court orders that limit where your child can live, your agent is also limited by those orders).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provide care, control, protection, and reasonable discipline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direct the moral and religious training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arrange for child care or preschool for the child, if appropriate.</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make decisions regarding the education of the child and to have access to the child's school records.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register the child for school and to authorize the child's participation in school activities.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make all necessary arrangements and to execute all necessary consents and forms for the child to participate in age-appropriate extracurricular activities, civic activities, social activities, club or organization memberships and activities, and recreational, sports, and athletic activities.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arrange for the provision to the child of clothing, food, shelter, education, and medical, psychiatric, psychological, dental, surgical, counseling, therapy, and rehabilitative services.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arrange for insurance as appropriate for the child to cover medical, psychiatric, psychological, dental, surgical, counseling, therapy, or rehabilitative services, and to arrange for appropriate accident, travel, or other insurance for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consent to medical, psychiatric, psychological, dental, surgical, counseling, therapy, and rehabilitative services for the child and to have access to all records relating to those services.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For the child, in regard to confidential information and protected health information, for the purposes of the Health Insurance Portability and Accountability Act of 1996 (HIPAA), and any other law or rule requiring authority to consent to or obtain confidential information of any sort or protected health information, my agent is acting in loco parentis and can execute requests and authorizations regarding confidential information or protected health information for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open and manage accounts at financial institutions for the child, with or without the name of the agent as co-signer on the account, as appropriate to the maturity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arrange for the child to obtain motor vehicle, boating, and other licenses and registrations, as appropriate to the maturity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co-sign or guarantee appropriate loans to the child by third parties for educational purposes or to purchase goods and services.</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collect debts owing to the child, to pay debts owed by the child from the child's money, to defend suits against the child, and to pursue suits to benefit the child, but this does not waive the legal protection of the child under any law due to the child being a minor.</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To give consent for lawful employment appropriate to the age, interest, and capabilities of the child.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As permitted under applicable law, to arrange for and authorize travel out of state and out of country for the child and to execute necessary documents related to out-of-state and out-of-country travel.</w:t>
      </w:r>
    </w:p>
    <w:p>
      <w:pPr>
        <w:spacing w:line="480" w:lineRule="auto"/>
      </w:pPr>
      <w:r>
        <w:rPr>
          <w:rFonts w:ascii="Times New Roman" w:hAnsi="Times New Roman" w:eastAsia="Times New Roman" w:cs="Times New Roman"/>
          <w:b/>
          <w:sz w:val="24"/>
        </w:rPr>
        <w:t>7. ALLERGIES AND SPECIAL HEALTH NEEDS</w:t>
      </w:r>
      <w:r>
        <w:rPr>
          <w:rFonts w:ascii="Times New Roman" w:hAnsi="Times New Roman" w:eastAsia="Times New Roman" w:cs="Times New Roman"/>
          <w:sz w:val="24"/>
        </w:rPr>
        <w:t>. (Attach additional sheets as necessary.)</w:t>
      </w:r>
    </w:p>
    <w:p>
      <w:pPr>
        <w:spacing w:line="480" w:lineRule="auto"/>
      </w:pPr>
      <w:r>
        <w:rPr>
          <w:rFonts w:ascii="Times New Roman" w:hAnsi="Times New Roman" w:eastAsia="Times New Roman" w:cs="Times New Roman"/>
          <w:sz w:val="24"/>
        </w:rPr>
        <w:t xml:space="preserve">The following children have the following allergies (including allergic reactions to medicines) or the following special health needs (including dietary needs): </w:t>
      </w:r>
      <w:r>
        <w:rPr>
          <w:rFonts w:ascii="Times New Roman" w:hAnsi="Times New Roman" w:eastAsia="Times New Roman" w:cs="Times New Roman"/>
          <w:sz w:val="24"/>
        </w:rPr>
        <w:t>[DESCRIBE ALLERGIES OR HEALTH NEEDS]</w:t>
      </w:r>
    </w:p>
    <w:p>
      <w:pPr>
        <w:spacing w:line="480" w:lineRule="auto"/>
      </w:pPr>
      <w:r>
        <w:rPr>
          <w:rFonts w:ascii="Times New Roman" w:hAnsi="Times New Roman" w:eastAsia="Times New Roman" w:cs="Times New Roman"/>
          <w:b/>
          <w:sz w:val="24"/>
        </w:rPr>
        <w:t>8. LIMITATIONS ON AGENT</w:t>
      </w:r>
      <w:r>
        <w:rPr>
          <w:rFonts w:ascii="Times New Roman" w:hAnsi="Times New Roman" w:eastAsia="Times New Roman" w:cs="Times New Roman"/>
          <w:sz w:val="24"/>
        </w:rPr>
        <w:t xml:space="preserve"> (optional). (Attach additional sheets as necessary.)</w:t>
      </w:r>
    </w:p>
    <w:p>
      <w:pPr>
        <w:spacing w:line="480" w:lineRule="auto"/>
      </w:pPr>
      <w:r>
        <w:rPr>
          <w:rFonts w:ascii="Times New Roman" w:hAnsi="Times New Roman" w:eastAsia="Times New Roman" w:cs="Times New Roman"/>
          <w:sz w:val="24"/>
        </w:rPr>
        <w:t xml:space="preserve">Limitations on the decision-making authority and powers of my agent are as follows: </w:t>
      </w:r>
      <w:r>
        <w:rPr>
          <w:rFonts w:ascii="Times New Roman" w:hAnsi="Times New Roman" w:eastAsia="Times New Roman" w:cs="Times New Roman"/>
          <w:sz w:val="24"/>
        </w:rPr>
        <w:t>[DESCRIBE ANY LIMITATIONS ON AGENT]</w:t>
      </w:r>
    </w:p>
    <w:p>
      <w:pPr>
        <w:spacing w:line="480" w:lineRule="auto"/>
      </w:pPr>
      <w:r>
        <w:rPr>
          <w:rFonts w:ascii="Times New Roman" w:hAnsi="Times New Roman" w:eastAsia="Times New Roman" w:cs="Times New Roman"/>
          <w:sz w:val="24"/>
        </w:rPr>
        <w:t>Except to the extent that I have geographically limited the exercise of one or more powers or areas of decision-making in the limitations section or elsewhere in this power of attorney, powers and authorities granted to my agent in this Power of Attorney for Caregiver of Child can be exercised both within and outside the State of Texas.</w:t>
      </w:r>
    </w:p>
    <w:p>
      <w:pPr>
        <w:spacing w:line="480" w:lineRule="auto"/>
      </w:pPr>
      <w:r>
        <w:rPr>
          <w:rFonts w:ascii="Times New Roman" w:hAnsi="Times New Roman" w:eastAsia="Times New Roman" w:cs="Times New Roman"/>
          <w:b/>
          <w:sz w:val="24"/>
        </w:rPr>
        <w:t>9. DESIGNATION OF ALTERNATE AGENT</w:t>
      </w:r>
      <w:r>
        <w:rPr>
          <w:rFonts w:ascii="Times New Roman" w:hAnsi="Times New Roman" w:eastAsia="Times New Roman" w:cs="Times New Roman"/>
          <w:sz w:val="24"/>
        </w:rPr>
        <w:t xml:space="preserve"> (optional).</w:t>
      </w:r>
    </w:p>
    <w:p>
      <w:pPr>
        <w:spacing w:line="480" w:lineRule="auto"/>
      </w:pPr>
      <w:r>
        <w:rPr>
          <w:rFonts w:ascii="Times New Roman" w:hAnsi="Times New Roman" w:eastAsia="Times New Roman" w:cs="Times New Roman"/>
          <w:sz w:val="24"/>
        </w:rPr>
        <w:t>If the person designated as my agent is unable or unwilling to continue to act as caregiver for my child, I designate the following person to serve as my agent to make decisions on behalf of my child:</w:t>
      </w:r>
    </w:p>
    <w:p>
      <w:pPr>
        <w:spacing w:line="480" w:lineRule="auto"/>
      </w:pPr>
      <w:r>
        <w:rPr>
          <w:rFonts w:ascii="Times New Roman" w:hAnsi="Times New Roman" w:eastAsia="Times New Roman" w:cs="Times New Roman"/>
          <w:sz w:val="24"/>
        </w:rPr>
        <w:t>Alternate agent:</w:t>
      </w:r>
    </w:p>
    <w:p>
      <w:pPr>
        <w:spacing w:line="480" w:lineRule="auto"/>
      </w:pPr>
      <w:r>
        <w:rPr>
          <w:rFonts w:ascii="Times New Roman" w:hAnsi="Times New Roman" w:eastAsia="Times New Roman" w:cs="Times New Roman"/>
          <w:sz w:val="24"/>
        </w:rPr>
        <w:t xml:space="preserve">Name: </w:t>
      </w:r>
      <w:r>
        <w:rPr>
          <w:rFonts w:ascii="Times New Roman" w:hAnsi="Times New Roman" w:eastAsia="Times New Roman" w:cs="Times New Roman"/>
          <w:sz w:val="24"/>
        </w:rPr>
        <w:t>[NAME OF ALTERNATE AGENT]</w:t>
      </w:r>
    </w:p>
    <w:p>
      <w:pPr>
        <w:spacing w:line="480" w:lineRule="auto"/>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[ADDRESS OF ALTERNATE AGENT]</w:t>
      </w:r>
    </w:p>
    <w:p>
      <w:pPr>
        <w:spacing w:line="480" w:lineRule="auto"/>
      </w:pPr>
      <w:r>
        <w:rPr>
          <w:rFonts w:ascii="Times New Roman" w:hAnsi="Times New Roman" w:eastAsia="Times New Roman" w:cs="Times New Roman"/>
          <w:sz w:val="24"/>
        </w:rPr>
        <w:t xml:space="preserve">Telephone number: </w:t>
      </w:r>
      <w:r>
        <w:rPr>
          <w:rFonts w:ascii="Times New Roman" w:hAnsi="Times New Roman" w:eastAsia="Times New Roman" w:cs="Times New Roman"/>
          <w:sz w:val="24"/>
        </w:rPr>
        <w:t>[PHONE NUMBER OF ALTERNATE AGENT]</w:t>
      </w:r>
    </w:p>
    <w:p>
      <w:pPr>
        <w:spacing w:line="480" w:lineRule="auto"/>
      </w:pPr>
      <w:r>
        <w:rPr>
          <w:rFonts w:ascii="Times New Roman" w:hAnsi="Times New Roman" w:eastAsia="Times New Roman" w:cs="Times New Roman"/>
          <w:b/>
          <w:sz w:val="24"/>
        </w:rPr>
        <w:t>10. DURATION</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(initial) I understand that this power of attorney starts on the day I sign it and continues until it is revoked, or until the expiration date, whichever date occurs earlier. I understand that I can revoke this power of attorney at any time by revoking it in accordance with the revocation provisions.</w:t>
      </w:r>
    </w:p>
    <w:p>
      <w:pPr>
        <w:spacing w:line="480" w:lineRule="auto"/>
      </w:pPr>
      <w:r>
        <w:rPr>
          <w:rFonts w:ascii="Times New Roman" w:hAnsi="Times New Roman" w:eastAsia="Times New Roman" w:cs="Times New Roman"/>
          <w:sz w:val="24"/>
        </w:rPr>
        <w:t xml:space="preserve">The expiration date of this power of attorney is </w:t>
      </w:r>
      <w:r>
        <w:rPr>
          <w:rFonts w:ascii="Times New Roman" w:hAnsi="Times New Roman" w:eastAsia="Times New Roman" w:cs="Times New Roman"/>
          <w:sz w:val="24"/>
        </w:rPr>
        <w:t>[DATE OF EXPIRATION]</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b/>
          <w:sz w:val="24"/>
        </w:rPr>
        <w:t>11. EFFECT OF SUBSEQUENT DISABILITY</w:t>
      </w:r>
      <w:r>
        <w:rPr>
          <w:rFonts w:ascii="Times New Roman" w:hAnsi="Times New Roman" w:eastAsia="Times New Roman" w:cs="Times New Roman"/>
          <w:sz w:val="24"/>
        </w:rPr>
        <w:t>. Initial whichever statement is true and states your intent:</w:t>
      </w:r>
    </w:p>
    <w:p>
      <w:pPr>
        <w:spacing w:line="480" w:lineRule="auto"/>
      </w:pPr>
      <w:r>
        <w:rPr>
          <w:rFonts w:ascii="Times New Roman" w:hAnsi="Times New Roman" w:eastAsia="Times New Roman" w:cs="Times New Roman"/>
          <w:sz w:val="24"/>
        </w:rPr>
        <w:t>(Initial one space only)</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This power of attorney is not affected merely due to my subsequent disability or incapacity and remains in effect until the expiration date or the date I revoke this power of attorney before the expiration date. If I am later determined by a court to be incapacitated, then the court may invalidate this power of attorney in whole or in part, or may leave it wholly unaffected.</w:t>
      </w:r>
    </w:p>
    <w:p>
      <w:pPr>
        <w:spacing w:line="480"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This power of attorney becomes ineffective if I later become disabled or incapacitated or if I am later determined by a court to be incapacitated.</w:t>
      </w:r>
    </w:p>
    <w:p>
      <w:pPr>
        <w:spacing w:line="480" w:lineRule="auto"/>
      </w:pPr>
      <w:r>
        <w:rPr>
          <w:rFonts w:ascii="Times New Roman" w:hAnsi="Times New Roman" w:eastAsia="Times New Roman" w:cs="Times New Roman"/>
          <w:b/>
          <w:sz w:val="24"/>
        </w:rPr>
        <w:t>12. REVOCATION PROVISIONS</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sz w:val="24"/>
        </w:rPr>
        <w:t>This power of attorney revokes all prior Powers of Attorney for Caregiver of Child.</w:t>
      </w:r>
    </w:p>
    <w:p>
      <w:pPr>
        <w:spacing w:line="480" w:lineRule="auto"/>
      </w:pPr>
      <w:r>
        <w:rPr>
          <w:rFonts w:ascii="Times New Roman" w:hAnsi="Times New Roman" w:eastAsia="Times New Roman" w:cs="Times New Roman"/>
          <w:sz w:val="24"/>
        </w:rPr>
        <w:t>I understand that this power of attorney can only be revoked, by the parent or parents who signed it, in a writing witnessed by two witnesses who are at least 18 years of age, neither of whom is the agent, and at least one of whom is not related by blood or marriage to the child or the agent. I understand that a parent who did not sign the power of attorney may revoke the power of attorney by executing a written statement that the parent is willing and able to make decisions regarding the parent's child. The written statement must be witnessed by two witnesses who are at least 18 years of age, neither of whom is the agent, and at least one of whom is not related by blood or marriage to the child or the agent.</w:t>
      </w:r>
    </w:p>
    <w:p>
      <w:pPr>
        <w:spacing w:line="480" w:lineRule="auto"/>
      </w:pPr>
      <w:r>
        <w:rPr>
          <w:rFonts w:ascii="Times New Roman" w:hAnsi="Times New Roman" w:eastAsia="Times New Roman" w:cs="Times New Roman"/>
          <w:b/>
          <w:sz w:val="24"/>
        </w:rPr>
        <w:t>13. ORIGINAL AND COPIES</w:t>
      </w:r>
      <w:r>
        <w:rPr>
          <w:rFonts w:ascii="Times New Roman" w:hAnsi="Times New Roman" w:eastAsia="Times New Roman" w:cs="Times New Roman"/>
          <w:sz w:val="24"/>
        </w:rPr>
        <w:t xml:space="preserve">. The original of this Power of Attorney for Caregiver of Child is in the possession of: </w:t>
      </w:r>
      <w:r>
        <w:rPr>
          <w:rFonts w:ascii="Times New Roman" w:hAnsi="Times New Roman" w:eastAsia="Times New Roman" w:cs="Times New Roman"/>
          <w:sz w:val="24"/>
        </w:rPr>
        <w:t>[POSSESSING PARTY]</w:t>
      </w:r>
      <w:r>
        <w:rPr>
          <w:rFonts w:ascii="Times New Roman" w:hAnsi="Times New Roman" w:eastAsia="Times New Roman" w:cs="Times New Roman"/>
          <w:sz w:val="24"/>
        </w:rPr>
        <w:t>.</w:t>
      </w:r>
    </w:p>
    <w:p>
      <w:pPr>
        <w:spacing w:line="480" w:lineRule="auto"/>
      </w:pPr>
    </w:p>
    <w:p>
      <w:pPr>
        <w:spacing w:line="480" w:lineRule="auto"/>
      </w:pPr>
      <w:r>
        <w:rPr>
          <w:rFonts w:ascii="Times New Roman" w:hAnsi="Times New Roman" w:eastAsia="Times New Roman" w:cs="Times New Roman"/>
          <w:sz w:val="24"/>
        </w:rPr>
        <w:t xml:space="preserve">The following persons have a copy of this Power of Attorney for Caregiver of Child: </w:t>
      </w:r>
      <w:r>
        <w:rPr>
          <w:rFonts w:ascii="Times New Roman" w:hAnsi="Times New Roman" w:eastAsia="Times New Roman" w:cs="Times New Roman"/>
          <w:sz w:val="24"/>
        </w:rPr>
        <w:t>[NAMES OF PERSONS]</w:t>
      </w:r>
    </w:p>
    <w:p>
      <w:pPr>
        <w:spacing w:line="480" w:lineRule="auto"/>
      </w:pPr>
      <w:r>
        <w:rPr>
          <w:rFonts w:ascii="Times New Roman" w:hAnsi="Times New Roman" w:eastAsia="Times New Roman" w:cs="Times New Roman"/>
          <w:b/>
          <w:sz w:val="24"/>
        </w:rPr>
        <w:t>14. PRESENTATION</w:t>
      </w:r>
      <w:r>
        <w:rPr>
          <w:rFonts w:ascii="Times New Roman" w:hAnsi="Times New Roman" w:eastAsia="Times New Roman" w:cs="Times New Roman"/>
          <w:sz w:val="24"/>
        </w:rPr>
        <w:t>. Unless otherwise limited in regard to methods of presentation, in the limitations section of this power of attorney, the agent named in this Power of Attorney for Caregiver of Child can present this power of attorney in person, by fax, by attachment to e-mail, or by copy sent by United States mail or delivery service.</w:t>
      </w:r>
    </w:p>
    <w:p>
      <w:pPr>
        <w:spacing w:line="480" w:lineRule="auto"/>
      </w:pPr>
      <w:r>
        <w:rPr>
          <w:rFonts w:ascii="Times New Roman" w:hAnsi="Times New Roman" w:eastAsia="Times New Roman" w:cs="Times New Roman"/>
          <w:b/>
          <w:sz w:val="24"/>
        </w:rPr>
        <w:t>15. SIGNATURES</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sz w:val="24"/>
        </w:rPr>
        <w:t>Parent: I have read the disclosure statement for the Power of Attorney for Caregiver of Child. I sign my name to this Power of Attorney for Caregiver of Child.</w:t>
      </w:r>
    </w:p>
    <w:p>
      <w:pPr>
        <w:spacing w:line="480" w:lineRule="auto"/>
      </w:pPr>
      <w:r>
        <w:rPr>
          <w:rFonts w:ascii="Times New Roman" w:hAnsi="Times New Roman" w:eastAsia="Times New Roman" w:cs="Times New Roman"/>
          <w:sz w:val="24"/>
        </w:rPr>
        <w:t xml:space="preserve">Signed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480" w:lineRule="auto"/>
      </w:pPr>
    </w:p>
    <w:p>
      <w:pPr>
        <w:spacing w:line="480" w:lineRule="auto"/>
      </w:pPr>
      <w:r>
        <w:rPr>
          <w:rFonts w:ascii="Times New Roman" w:hAnsi="Times New Roman" w:eastAsia="Times New Roman" w:cs="Times New Roman"/>
          <w:b/>
          <w:sz w:val="24"/>
        </w:rPr>
        <w:t>Parent’s Signature</w:t>
      </w:r>
      <w:r>
        <w:rPr>
          <w:rFonts w:ascii="Times New Roman" w:hAnsi="Times New Roman" w:eastAsia="Times New Roman" w:cs="Times New Roman"/>
          <w:sz w:val="24"/>
        </w:rPr>
        <w:t xml:space="preserve"> </w:t>
      </w:r>
      <w:r>
        <w:rPr>
          <w:rFonts w:ascii="Times New Roman" w:hAnsi="Times New Roman" w:eastAsia="Times New Roman" w:cs="Times New Roman"/>
          <w:sz w:val="24"/>
        </w:rPr>
        <w:t>_____________________________</w:t>
      </w:r>
    </w:p>
    <w:p>
      <w:pPr>
        <w:spacing w:line="480" w:lineRule="auto"/>
      </w:pPr>
      <w:r>
        <w:rPr>
          <w:rFonts w:ascii="Times New Roman" w:hAnsi="Times New Roman" w:eastAsia="Times New Roman" w:cs="Times New Roman"/>
          <w:sz w:val="24"/>
        </w:rPr>
        <w:t>Printed Name _____________________________</w:t>
      </w:r>
    </w:p>
    <w:p>
      <w:pPr>
        <w:spacing w:line="480" w:lineRule="auto"/>
      </w:pPr>
    </w:p>
    <w:p>
      <w:pPr>
        <w:spacing w:line="480" w:lineRule="auto"/>
      </w:pPr>
    </w:p>
    <w:p>
      <w:pPr>
        <w:spacing w:line="480" w:lineRule="auto"/>
      </w:pPr>
    </w:p>
    <w:p>
      <w:pPr>
        <w:spacing w:line="480" w:lineRule="auto"/>
      </w:pPr>
      <w:r>
        <w:rPr>
          <w:rFonts w:ascii="Times New Roman" w:hAnsi="Times New Roman" w:eastAsia="Times New Roman" w:cs="Times New Roman"/>
          <w:sz w:val="24"/>
        </w:rPr>
        <w:t>Other parent:</w:t>
      </w:r>
    </w:p>
    <w:p>
      <w:pPr>
        <w:spacing w:line="480" w:lineRule="auto"/>
      </w:pPr>
      <w:r>
        <w:rPr>
          <w:rFonts w:ascii="Times New Roman" w:hAnsi="Times New Roman" w:eastAsia="Times New Roman" w:cs="Times New Roman"/>
          <w:sz w:val="24"/>
        </w:rPr>
        <w:t>I have read the disclosure statement for the Power of Attorney for Caregiver of Child. I authorize the above parent to make this Power of Attorney for Caregiver of Child on behalf of my children named in this document.</w:t>
      </w:r>
    </w:p>
    <w:p>
      <w:pPr>
        <w:spacing w:line="480" w:lineRule="auto"/>
      </w:pPr>
      <w:r>
        <w:rPr>
          <w:rFonts w:ascii="Times New Roman" w:hAnsi="Times New Roman" w:eastAsia="Times New Roman" w:cs="Times New Roman"/>
          <w:sz w:val="24"/>
        </w:rPr>
        <w:t xml:space="preserve">Signed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line="480" w:lineRule="auto"/>
      </w:pPr>
      <w:r>
        <w:rPr>
          <w:rFonts w:ascii="Times New Roman" w:hAnsi="Times New Roman" w:eastAsia="Times New Roman" w:cs="Times New Roman"/>
          <w:b/>
          <w:sz w:val="24"/>
        </w:rPr>
        <w:t>Other Parent’s Signature</w:t>
      </w:r>
      <w:r>
        <w:rPr>
          <w:rFonts w:ascii="Times New Roman" w:hAnsi="Times New Roman" w:eastAsia="Times New Roman" w:cs="Times New Roman"/>
          <w:sz w:val="24"/>
        </w:rPr>
        <w:t xml:space="preserve"> </w:t>
      </w:r>
      <w:r>
        <w:rPr>
          <w:rFonts w:ascii="Times New Roman" w:hAnsi="Times New Roman" w:eastAsia="Times New Roman" w:cs="Times New Roman"/>
          <w:sz w:val="24"/>
        </w:rPr>
        <w:t>_____________________________</w:t>
      </w:r>
    </w:p>
    <w:p>
      <w:pPr>
        <w:spacing w:line="480" w:lineRule="auto"/>
      </w:pPr>
      <w:r>
        <w:rPr>
          <w:rFonts w:ascii="Times New Roman" w:hAnsi="Times New Roman" w:eastAsia="Times New Roman" w:cs="Times New Roman"/>
          <w:sz w:val="24"/>
        </w:rPr>
        <w:t>Printed Name _____________________________</w:t>
      </w:r>
    </w:p>
    <w:p>
      <w:pPr>
        <w:spacing w:line="480" w:lineRule="auto"/>
      </w:pPr>
      <w:r>
        <w:rPr>
          <w:rFonts w:ascii="Times New Roman" w:hAnsi="Times New Roman" w:eastAsia="Times New Roman" w:cs="Times New Roman"/>
          <w:b/>
          <w:sz w:val="24"/>
        </w:rPr>
        <w:t>16. WITNESSES.</w:t>
      </w:r>
    </w:p>
    <w:p>
      <w:pPr>
        <w:spacing w:line="480" w:lineRule="auto"/>
      </w:pPr>
      <w:r>
        <w:rPr>
          <w:rFonts w:ascii="Times New Roman" w:hAnsi="Times New Roman" w:eastAsia="Times New Roman" w:cs="Times New Roman"/>
          <w:sz w:val="24"/>
        </w:rPr>
        <w:t>Witnesses are required for your power of attorney to be valid. Neither witness can be your agent. One witness cannot be a relative of the child or the agent.</w:t>
      </w:r>
    </w:p>
    <w:p>
      <w:pPr>
        <w:spacing w:line="480" w:lineRule="auto"/>
      </w:pPr>
      <w:r>
        <w:rPr>
          <w:rFonts w:ascii="Times New Roman" w:hAnsi="Times New Roman" w:eastAsia="Times New Roman" w:cs="Times New Roman"/>
          <w:b/>
          <w:sz w:val="24"/>
        </w:rPr>
        <w:t>First Witness:</w:t>
      </w:r>
    </w:p>
    <w:p>
      <w:pPr>
        <w:spacing w:line="480" w:lineRule="auto"/>
      </w:pPr>
      <w:r>
        <w:rPr>
          <w:rFonts w:ascii="Times New Roman" w:hAnsi="Times New Roman" w:eastAsia="Times New Roman" w:cs="Times New Roman"/>
          <w:sz w:val="24"/>
        </w:rPr>
        <w:t>I am at least 18 years of age and I am not the person appointed as the agent by this document. I am not related to the child or the agent by blood or marriage.</w:t>
      </w:r>
    </w:p>
    <w:p>
      <w:pPr>
        <w:spacing w:line="480" w:lineRule="auto"/>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_____________________________</w:t>
      </w:r>
    </w:p>
    <w:p>
      <w:pPr>
        <w:spacing w:line="480" w:lineRule="auto"/>
      </w:pPr>
      <w:r>
        <w:rPr>
          <w:rFonts w:ascii="Times New Roman" w:hAnsi="Times New Roman" w:eastAsia="Times New Roman" w:cs="Times New Roman"/>
          <w:sz w:val="24"/>
        </w:rPr>
        <w:t>Printed name: _____________________________</w:t>
      </w:r>
    </w:p>
    <w:p>
      <w:pPr>
        <w:spacing w:line="480" w:lineRule="auto"/>
      </w:pPr>
      <w:r>
        <w:rPr>
          <w:rFonts w:ascii="Times New Roman" w:hAnsi="Times New Roman" w:eastAsia="Times New Roman" w:cs="Times New Roman"/>
          <w:sz w:val="24"/>
        </w:rPr>
        <w:t>Date: _____________________________</w:t>
      </w:r>
    </w:p>
    <w:p>
      <w:pPr>
        <w:spacing w:line="480" w:lineRule="auto"/>
      </w:pPr>
      <w:r>
        <w:rPr>
          <w:rFonts w:ascii="Times New Roman" w:hAnsi="Times New Roman" w:eastAsia="Times New Roman" w:cs="Times New Roman"/>
          <w:sz w:val="24"/>
        </w:rPr>
        <w:t>Address: ______________________________________________________________</w:t>
      </w:r>
    </w:p>
    <w:p>
      <w:pPr>
        <w:spacing w:line="480" w:lineRule="auto"/>
      </w:pPr>
      <w:r>
        <w:rPr>
          <w:rFonts w:ascii="Times New Roman" w:hAnsi="Times New Roman" w:eastAsia="Times New Roman" w:cs="Times New Roman"/>
          <w:b/>
          <w:sz w:val="24"/>
        </w:rPr>
        <w:t>Second Witness:</w:t>
      </w:r>
    </w:p>
    <w:p>
      <w:pPr>
        <w:spacing w:line="480" w:lineRule="auto"/>
      </w:pPr>
      <w:r>
        <w:rPr>
          <w:rFonts w:ascii="Times New Roman" w:hAnsi="Times New Roman" w:eastAsia="Times New Roman" w:cs="Times New Roman"/>
          <w:sz w:val="24"/>
        </w:rPr>
        <w:t>I am at least 18 years of age and I am not the person appointed as the agent by this document.</w:t>
      </w:r>
    </w:p>
    <w:p>
      <w:pPr>
        <w:spacing w:line="480" w:lineRule="auto"/>
      </w:pPr>
      <w:r>
        <w:rPr>
          <w:rFonts w:ascii="Times New Roman" w:hAnsi="Times New Roman" w:eastAsia="Times New Roman" w:cs="Times New Roman"/>
          <w:sz w:val="24"/>
        </w:rPr>
        <w:t xml:space="preserve">Signature: </w:t>
      </w:r>
      <w:r>
        <w:rPr>
          <w:rFonts w:ascii="Times New Roman" w:hAnsi="Times New Roman" w:eastAsia="Times New Roman" w:cs="Times New Roman"/>
          <w:sz w:val="24"/>
        </w:rPr>
        <w:t>_____________________________</w:t>
      </w:r>
    </w:p>
    <w:p>
      <w:pPr>
        <w:spacing w:line="480" w:lineRule="auto"/>
      </w:pPr>
      <w:r>
        <w:rPr>
          <w:rFonts w:ascii="Times New Roman" w:hAnsi="Times New Roman" w:eastAsia="Times New Roman" w:cs="Times New Roman"/>
          <w:sz w:val="24"/>
        </w:rPr>
        <w:t>Printed name: ___________________________</w:t>
      </w:r>
    </w:p>
    <w:p>
      <w:pPr>
        <w:spacing w:line="480" w:lineRule="auto"/>
      </w:pPr>
      <w:r>
        <w:rPr>
          <w:rFonts w:ascii="Times New Roman" w:hAnsi="Times New Roman" w:eastAsia="Times New Roman" w:cs="Times New Roman"/>
          <w:sz w:val="24"/>
        </w:rPr>
        <w:t>Date: ________________________</w:t>
      </w:r>
    </w:p>
    <w:p>
      <w:pPr>
        <w:spacing w:line="480" w:lineRule="auto"/>
      </w:pPr>
      <w:r>
        <w:rPr>
          <w:rFonts w:ascii="Times New Roman" w:hAnsi="Times New Roman" w:eastAsia="Times New Roman" w:cs="Times New Roman"/>
          <w:sz w:val="24"/>
        </w:rPr>
        <w:t>Address: ______________________________________________________________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