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Texas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STATE OF _____________________</w:t>
      </w:r>
    </w:p>
    <w:p>
      <w:pPr/>
      <w:r>
        <w:rPr>
          <w:rFonts w:ascii="Times New Roman" w:hAnsi="Times New Roman" w:eastAsia="Times New Roman" w:cs="Times New Roman"/>
          <w:sz w:val="24"/>
        </w:rPr>
        <w:t xml:space="preserve">COUNTY OF _____________________,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On this day of _____________________, 20____, before me appeared _____________________,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My commission expires: __________________</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