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TEXAS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Texas.</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