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Texas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 Texas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 Texas Limited Liability Company named _______________, LLC by filing the Articles of Organization with the office in the State of Texas on _______________, 20____. The operation of the Company shall be governed by the terms of this Agreement and the applicable laws of the State of Texas relating to the formation, operation and taxation of a LLC, specifically the provisions under Title 3, Chapter 101 (Limited Liability Companies)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Texas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r>
        <w:rPr>
          <w:rFonts w:ascii="Times New Roman" w:hAnsi="Times New Roman" w:eastAsia="Times New Roman" w:cs="Times New Roman"/>
          <w:sz w:val="24"/>
        </w:rPr>
        <w:t>Management</w:t>
      </w:r>
    </w:p>
    <w:p>
      <w:pPr>
        <w:spacing w:before="0" w:after="0" w:line="240" w:lineRule="auto"/>
      </w:pPr>
    </w:p>
    <w:p>
      <w:pPr>
        <w:spacing w:before="0" w:after="0" w:line="240" w:lineRule="auto"/>
      </w:pPr>
      <w:r>
        <w:rPr>
          <w:rFonts w:ascii="Times New Roman" w:hAnsi="Times New Roman" w:eastAsia="Times New Roman" w:cs="Times New Roman"/>
          <w:sz w:val="24"/>
        </w:rPr>
        <w:t>Authority; Powers and Duties of the Member</w:t>
      </w:r>
    </w:p>
    <w:p>
      <w:pPr>
        <w:spacing w:before="0" w:after="0" w:line="240" w:lineRule="auto"/>
      </w:pPr>
    </w:p>
    <w:p>
      <w:pPr>
        <w:spacing w:before="0" w:after="0" w:line="240" w:lineRule="auto"/>
      </w:pPr>
      <w:r>
        <w:rPr>
          <w:rFonts w:ascii="Times New Roman" w:hAnsi="Times New Roman" w:eastAsia="Times New Roman" w:cs="Times New Roman"/>
          <w:sz w:val="24"/>
        </w:rPr>
        <w:t>The Company is organized as a member-managed limited liability company.</w:t>
      </w:r>
      <w:r>
        <w:rPr>
          <w:rFonts w:ascii="Times New Roman" w:hAnsi="Times New Roman" w:eastAsia="Times New Roman" w:cs="Times New Roman"/>
          <w:sz w:val="24"/>
        </w:rPr>
        <w:t xml:space="preserve"> </w:t>
      </w:r>
      <w:r>
        <w:rPr>
          <w:rFonts w:ascii="Times New Roman" w:hAnsi="Times New Roman" w:eastAsia="Times New Roman" w:cs="Times New Roman"/>
          <w:sz w:val="24"/>
        </w:rPr>
        <w:t>The Member is designated as the initial managing member for all intents and purposes. The Member shall have exclusive and complete authority and discretion to manage the operations and affairs of the Company and to make all decisions regarding the business of the Company. Any action taken by the Member shall constitute the act of and serve to bind the Company. Persons dealing with the Company are entitled to rely conclusively on the power and authority of the Member as set forth in this Agreement. The Member shall have such authority, rights, and powers in the management of the Company to do any and all acts and things necessary, proper, convenient, or advisable to effectuate the purposes of this Agreement.</w:t>
      </w: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11(a)(i)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11(a)</w:t>
      </w:r>
      <w:r>
        <w:rPr>
          <w:rFonts w:ascii="Times New Roman" w:hAnsi="Times New Roman" w:eastAsia="Times New Roman" w:cs="Times New Roman"/>
          <w:sz w:val="24"/>
        </w:rPr>
        <w:t>(i) shall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Texas and shall be governed by, construed and enforced in accordance with the laws of the State of Texas.</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