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TEXAS</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Texas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Texas.</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