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Thank You Recommendation Letter (After Acceptance)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 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Dear _______________ [Individual’s Name],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am writing you today to show my deepest gratitude for your letter of recommendation. </w:t>
      </w:r>
      <w:r>
        <w:rPr>
          <w:rFonts w:ascii="Times New Roman" w:hAnsi="Times New Roman" w:eastAsia="Times New Roman" w:cs="Times New Roman"/>
          <w:sz w:val="24"/>
        </w:rPr>
        <w:t>Your comments specifically enthused the management at _______________ [Enter Where Letter Was Sent] and, as a result, I have been employed by their organization. Without your reference, I sincerely believe I would not have had the edge over the other applicants and therefore would not have been hired. If there is anything I can do to repay the kind words expressed in your letter do not ever hesitate to ask.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[Your Signature]</w:t>
      </w:r>
    </w:p>
    <w:p>
      <w:pPr/>
    </w:p>
    <w:p>
      <w:pPr/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Thank You Recommendation Letter (For a Job)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 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Dear _______________ [Individual’s Name],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It is with sincere gratitude that I write this letter today for the reference you provided to _______________ [Enter Where Letter Was Sent]. If it weren’t for your gracious letter of recommendation I do not believe I would have stood out quite as much from the other candidates as many of whom I feel were more qualified than myself.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know you have a busy schedule and it means a lot to have someone of your stature write such an impactful letter. Please do not hesitate to contact me if there is any way I can repay this debt of appreciation.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[Your Signature]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Thank You Recommendation Letter (For School)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 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Dear _______________ [Individual’s Name],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would like to personally thank you for the letter of recommendation you wrote to _______________ [School’s Name]. Your support is greatly appreciated and with a reference from someone like yourself it should give me a great advantage over the other applicants.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have greatly appreciated your support through the years and hope to keep our relationship into the next chapter of my life.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Your friend and student,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 [Your Signature]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