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Third Party Declaration Form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DECLARATION OF [THIRD PARTY DECLARANT]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[STATE]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City of [CITY]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[DECLARANT], declare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the [DECLARANT’S POSITION] of [THIRD PARTY]. In this position, I am responsible for [Include relevant job responsibilities that demonstrate expertise and credibility]. I have been in this position for [DURATION] and collectively have [DURATION] of experience in the [INDUSTRY]. Prior to this position, I served as [RELEVANT INDUSTRY EXPERIENCE]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[THIRD PARTY] manufactures and sells [PRODUCT AND BUSINESS DESCRIPTION]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[THIRD PARTY] sells [VOLUME OF SALES IN UNITS AND DOLLARS, SEPARATELY FOR EACH RELEVANT GEOGRAPHY]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 the [INDUSTRY], the main facets of competition are [DISCUSSION].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[COMPANY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and [COMPANY B] are among the major competitors in the [INDUSTRY]. [DISCUSSION OF THE MERGING PARTIES ROLE IN THE INDUSTRY]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Several characteristics of [INDUSTRY] make it [difficult/easy] for potential competitors to meaningfully grow or become major competitors. [DISCUSSION OF ENTRY/EXPANSION]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[DISCUSSION OF POTENTIAL SUBSTUTABLE PRODUCTS]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If this transaction were allowed to proceed, it is likely that [DISCUSSION]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declaration is being provided to [ENFORCEMENT AUTHORITY] voluntarily in lieu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subpoena, and I hereby request that my identity, my company’s identity, and the contents of this declaration be kept confidential and exempt from public disclosure as provided by applicable law.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Pursuant to 28 U.S.C. § 1746, I declare, under penalty of perjury, that the foregoing is true and correct.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[DECLARANT]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Executed on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