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Defendant(s), [third-party plaintiff name(s)] as Third-Plaintiff(s), allege(s):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 name] is [allege identity and residence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Delaware with its principal place of business in (city name), Washington].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third-party plaintiffs, if any]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[third-party defendant name] is [allege identity and residence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Washington with its principal place of business in (city name), Washington].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of the subject matter of this third-party complaint because [allege facts establishing subject matter jurisdiction, e.g., third-party plaintiff seeks damages from third-party defendant for breach of contract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exceeding the minimum jurisdictional amount for this court as provided in Rev. Code Wash. § 2.08.010]. Furthermore, the court has jurisdiction of the third-party plaintiff's claims against the third-party defendant under Wash. CR 14(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because third-party defendant is, or may be, liable to third-party plaintiff for some or all of the claims asserted by plaintiff [name] against third-party plaintiff in the above-entitled original action, as further shown below.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third-party defendant because [specify facts establishing personal jurisdiction over third-party defendant, e.g., third-party defendant has its principal place of business within the State of Washington, as alleged in paragraph (number) above].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trial of this third-party claim under [cite applicable venue statute, e.g., Revised Code of Washington Section 4.12.025(1), (3)] because [allege facts, e.g., third-party defendant transacts business within this county and the county is therefore third-party defendant corporation's residence for purposes of the venue statute].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plaintiff served the complaint in the above-entitled action on third-party plaintiff.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plaintiff's complaint in the main action is attached to this third-party complaint as Exhibit [exhibit number].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third-party plaintiff served [his or her or its] answer in the above-entitled action on plaintiff and on all co-defendants.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plaintiff's complaint in the above-entitled action, plaintiff alleges that [describe allegations of complaint to extent relevant to third-party claim].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 and showing that third-party defendant is liable to third-party plaintiff for some or all of plaintiff's claims in the main action].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CLAIMS FOR RELIEF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Count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[identify type of claim, e.g., Breach of Contract]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incorporates by reference the allegations set forth in paragraphs [paragraph numbers], above.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establish elements of claim, including resulting damages].</w:t>
      </w:r>
    </w:p>
    <w:p>
      <w:pPr>
        <w:keepNext w:val="0"/>
        <w:spacing w:before="200" w:after="0" w:line="260" w:lineRule="exact"/>
        <w:ind w:left="180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PRAYER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THEREFORE, third-party plaintiff(s) request(s) that the court enter judgment in [his or her or its or their] favor and against third-party defendant(s) as follows: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damages equal to the amount, if any, that third-party plaintiff may be found to be liable for on the claims asserted by plaintiff [name] against third-party plaintiff in the above-entitled action;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requested, e.g., For reasonable attorney's fees incurred by third-party plaintiff in bringing this third-party claim];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just and appropriate.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Third-Party Plaintiff [third-party plaintiff name]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 exhibits, if any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