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Three-Day Notice to Leave Premises for Drug-related Activity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Three-Day Notice to Leave Premises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tenant]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Landlord hereby notifies you that your lease dated [date of lease] for the premises situated in the [type of municipality] of [name of municipality], County of [name of county], and State of Ohio, and known as [full address of premises including any apartment or suite number] is hereby terminated and that you are requested to leave the premises. The reason for the lease termination and this request is your violation of Ohio Rev. Code Ann. § 5321.05 relating to the use, sale or manufacture of controlled substances at the premises.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Your failure to comply with this Notice within [number of days] days after posting or service will result in legal eviction proceedings being instituted against you.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YOU ARE BEING ASKED TO LEAVE THE PREMISES. IF YOU DO NOT LEAVE,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EVICTION ACTION MAY BE INITIATED AGAINST YOU. IF YOU ARE IN DOUBT REGARDING YOUR LEGAL RIGHTS AND OBLIGATIONS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TENANT, IT IS RECOMMENDED THAT YOU SEEK LEGAL ASSISTANCE.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 [signature of landlord]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landlord]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