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Tolling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to Toll the Statute of Repose ("Agreement") is made and entered into as of the [day] of [month], [year] ("Effective Date"), by and among [first party's name] and [second party's name], its subsidiaries, affiliates, parent corporations, officers, members, and assigns, including but not limited to [names of subsidiaries]. [First party's name] and [second party's name] are hereinafter collectively referred to as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at various times [describe the relationship between or among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[describe the facts underlying the dispute];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on [date period of repose began],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arose relating to [describe the specific event that began the period of repose] (the "Dispute"), and certain claims could have been asserted as provided by law;</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Parties wish to toll the Statute of Repose applicable to the Dispute in order to facilitate negotiation and potential settlement of the Dispute and avoid unnecessary litigation.</w:t>
      </w:r>
    </w:p>
    <w:p>
      <w:pPr>
        <w:keepNext w:val="0"/>
        <w:spacing w:before="200" w:after="0" w:line="260" w:lineRule="exact"/>
        <w:ind w:left="360" w:right="0" w:firstLine="0"/>
        <w:jc w:val="both"/>
      </w:pPr>
      <w:r>
        <w:rPr>
          <w:rFonts w:ascii="Times New Roman" w:hAnsi="Times New Roman" w:eastAsia="Times New Roman" w:cs="Times New Roman"/>
          <w:b/>
          <w:sz w:val="24"/>
        </w:rPr>
        <w:t>Therefore</w:t>
      </w:r>
      <w:r>
        <w:rPr>
          <w:rFonts w:ascii="Times New Roman" w:hAnsi="Times New Roman" w:eastAsia="Times New Roman" w:cs="Times New Roman"/>
          <w:b w:val="0"/>
          <w:sz w:val="24"/>
        </w:rPr>
        <w:t>, in consideration of the mutual promises and agreements set forth below, the Parties hereby agree to be bound as follows:</w:t>
      </w:r>
    </w:p>
    <w:p>
      <w:pPr>
        <w:keepNext w:val="0"/>
        <w:spacing w:before="120" w:after="0" w:line="260" w:lineRule="exact"/>
        <w:ind w:left="360" w:right="0" w:firstLine="0"/>
        <w:jc w:val="left"/>
      </w:pPr>
      <w:r>
        <w:rPr>
          <w:rFonts w:ascii="Times New Roman" w:hAnsi="Times New Roman" w:eastAsia="Times New Roman" w:cs="Times New Roman"/>
          <w:b/>
          <w:sz w:val="24"/>
        </w:rPr>
        <w:t>Agreement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term of this Agreement is from the Effective Date up to [date] (the "Tolling Expiration Date"), or until the early termination of this Agreement as described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Not to Sue.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Parties agree not to sue or initiate any legal proceedings with regard to any of the claims and causes of action relating to the Dispute from the Effective Date until the earlier of the Tolling Expiration Date or the Termination Date (as described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to Toll the Statute of Repose.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agree that, from the Effective Date and continuing to the Tolling Expiration Date (the "Tolling Period"), the running of the applicable statute of repose relating in any manner to the Dispute, will be tolled and shall not be included when computing any statute of repose.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Suspension and Waiver of Time-Related Defenses.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agree not to assert, plead, or otherwise raise any defense or avoidance based on the running of the statute of repose during the Tolling Period. The Parties further agree that neither party is waiving or releasing any statute of repose defense or other time-based defense that existed prior to the Effective Date. Nothing in this Agreement revives any claim that is or was already barred as of the Effective Date.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and Non-Admission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Nothing in this Agreement operates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or acknowledgement by either Party, either directly or by implication, of any liability, obligation, or wrongdoing on its part. Neither this Agreement nor any action taken pursuant to this Agreement may be offered or received in evidence in any action or proceeding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liability or wrongdoing by any Party or for any purpose other than to rebut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time-based defense asserted by any Party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applies to and is for the benefit only of the undersigned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comprises the entire agreement of the parties with respect to the tolling of any applicable statute of repose.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Party may terminate this Agreement prior to the Tolling Expiration Date by providing written notice,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Party, of its intention to terminate the Agreement. The termination will be deemed effective when received, and should be sent by [method of communication].</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modification to this Agreement must be in writing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each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shall be interpreted in accordance with the substantive law of the State of Colorado, without application of choice of law provisions. </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counterpart originals,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by all Parties.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to Bind.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By signing below, the parties represent that the signatories are authorized to execute this Agreement on behalf of themselves or their respective business entities.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representative]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