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Tolling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Agreement to Toll the Statute of Repose ("Agreement") is made and entered into as of the [day] of [month], [year] ("Effective Date"), by and among [first party's name] and [second party's name], its subsidiaries, affiliates, parent corporations, officers, members, and assigns, including but not limited to [names of subsidiaries]. [First party's name] and [second party's name] are hereinafter collectively referred to as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at various times [describe the relationship between or among the Parties];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[describe the facts underlying the dispute];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on [date period of repose began],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dispute arose relating to [describe the specific event that began the period of repose] (the "Dispute"), and certain claims could have been asserted as provided by law;</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the Parties wish to toll the Statute of Repose applicable to the Dispute in order to facilitate negotiation and potential settlement of the Dispute and avoid unnecessary litigation.</w:t>
      </w:r>
    </w:p>
    <w:p>
      <w:pPr>
        <w:keepNext w:val="0"/>
        <w:spacing w:before="200" w:after="0" w:line="260" w:lineRule="exact"/>
        <w:ind w:left="360" w:right="0" w:firstLine="0"/>
        <w:jc w:val="both"/>
      </w:pPr>
      <w:r>
        <w:rPr>
          <w:rFonts w:ascii="Times New Roman" w:hAnsi="Times New Roman" w:eastAsia="Times New Roman" w:cs="Times New Roman"/>
          <w:b/>
          <w:sz w:val="24"/>
        </w:rPr>
        <w:t>Therefore</w:t>
      </w:r>
      <w:r>
        <w:rPr>
          <w:rFonts w:ascii="Times New Roman" w:hAnsi="Times New Roman" w:eastAsia="Times New Roman" w:cs="Times New Roman"/>
          <w:b w:val="0"/>
          <w:sz w:val="24"/>
        </w:rPr>
        <w:t>, in consideration of the mutual promises and agreements set forth below, the Parties hereby agree to be bound as follows:</w:t>
      </w:r>
    </w:p>
    <w:p>
      <w:pPr>
        <w:keepNext w:val="0"/>
        <w:spacing w:before="120" w:after="0" w:line="260" w:lineRule="exact"/>
        <w:ind w:left="360" w:right="0" w:firstLine="0"/>
        <w:jc w:val="left"/>
      </w:pPr>
      <w:r>
        <w:rPr>
          <w:rFonts w:ascii="Times New Roman" w:hAnsi="Times New Roman" w:eastAsia="Times New Roman" w:cs="Times New Roman"/>
          <w:b/>
          <w:sz w:val="24"/>
        </w:rPr>
        <w:t>Agreement</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 of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term of this Agreement is from the Effective Date up to [date] (the "Tolling Expiration Date"), or until the early termination of this Agreement as described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Not to Sue.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Parties agree not to sue or initiate any legal proceedings with regard to any of the claims and causes of action relating to the Dispute from the Effective Date until the earlier of the Tolling Expiration Date or the Termination Date (as described in Paragraph </w:t>
      </w:r>
      <w:r>
        <w:rPr>
          <w:rFonts w:ascii="Times New Roman" w:hAnsi="Times New Roman" w:eastAsia="Times New Roman" w:cs="Times New Roman"/>
          <w:b w:val="0"/>
          <w:sz w:val="24"/>
        </w:rPr>
        <w:t>8.</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Agreement to Toll the Statute of Repose.</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agree that, from the Effective Date and continuing to the Tolling Expiration Date (the "Tolling Period"), the running of the applicable statute of repose relating in any manner to the Dispute, will be tolled and shall not be included when computing any statute of repose.</w:t>
      </w:r>
    </w:p>
    <w:p>
      <w:pPr>
        <w:keepNext w:val="0"/>
        <w:spacing w:before="120" w:after="0" w:line="260" w:lineRule="exact"/>
        <w:ind w:left="72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Suspension and Waiver of Time-Related Defenses.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agree not to assert, plead, or otherwise raise any defense or avoidance based on the running of the statute of repose during the Tolling Period. The Parties further agree that neither party is waiving or releasing any statute of repose defense or other time-based defense that existed prior to the Effective Date. Nothing in this Agreement revives any claim that is or was already barred as of the Effective Date.</w:t>
      </w:r>
    </w:p>
    <w:p>
      <w:pPr>
        <w:keepNext w:val="0"/>
        <w:spacing w:before="120" w:after="0" w:line="260" w:lineRule="exact"/>
        <w:ind w:left="72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and Non-Admission of Liability.</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Nothing in this Agreement operates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or acknowledgement by either Party, either directly or by implication, of any liability, obligation, or wrongdoing on its part. Neither this Agreement nor any action taken pursuant to this Agreement may be offered or received in evidence in any action or proceeding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of liability or wrongdoing by any Party or for any purpose other than to rebut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time-based defense asserted by any Party to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applies to and is for the benefit only of the undersigned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comprises the entire agreement of the parties with respect to the tolling of any applicable statute of repose.</w:t>
      </w:r>
    </w:p>
    <w:p>
      <w:pPr>
        <w:keepNext w:val="0"/>
        <w:spacing w:before="120" w:after="0" w:line="260" w:lineRule="exact"/>
        <w:ind w:left="72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Termination.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Party may terminate this Agreement prior to the Tolling Expiration Date by providing written notice,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the Party, of its intention to terminate the Agreement. The termination will be deemed effective when received, and should be sent by [method of communication].</w:t>
      </w:r>
    </w:p>
    <w:p>
      <w:pPr>
        <w:keepNext w:val="0"/>
        <w:spacing w:before="120" w:after="0" w:line="260" w:lineRule="exact"/>
        <w:ind w:left="72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Modification.</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Any modification to this Agreement must be in writing and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representative of each of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This Agreement shall be interpreted in accordance with the substantive law of the State of Minnesota, without application of choice of law provisions.</w:t>
      </w:r>
    </w:p>
    <w:p>
      <w:pPr>
        <w:keepNext w:val="0"/>
        <w:spacing w:before="120" w:after="0" w:line="260" w:lineRule="exact"/>
        <w:ind w:left="72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Agreement may be executed in counterpart originals,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by all Parties.</w:t>
      </w:r>
    </w:p>
    <w:p>
      <w:pPr>
        <w:keepNext w:val="0"/>
        <w:spacing w:before="120" w:after="0" w:line="260" w:lineRule="exact"/>
        <w:ind w:left="72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Authority to Bind.</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By signing below, the parties represent that the signatories are authorized to execute this Agreement on behalf of themselves or their respective business entities.</w:t>
      </w:r>
    </w:p>
    <w:p>
      <w:pPr/>
    </w:p>
    <w:p>
      <w:pPr>
        <w:keepNext w:val="0"/>
        <w:spacing w:before="200" w:after="0" w:line="260" w:lineRule="exact"/>
        <w:ind w:left="360" w:right="0" w:firstLine="0"/>
        <w:jc w:val="righ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representative]</w:t>
      </w:r>
    </w:p>
    <w:p>
      <w:pPr>
        <w:keepNext w:val="0"/>
        <w:spacing w:before="200" w:after="0" w:line="260" w:lineRule="exact"/>
        <w:ind w:left="360" w:right="0" w:firstLine="0"/>
        <w:jc w:val="righ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authorized representative]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