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Trademark Infringement Cease and Desist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[Trademark Owner] ("[Owner]") is [brief company description]. [Owner] has used the [TRADEMARK] trademark continuously in connection with its products and services since as early as [DATE], holds [#] United States federal trademark registrations for the [TRADEMARK] trademark, and owns several domain names incorporating the [TRADEMARK], including [domain name]. The [TRADEMARK] trademark enjoys substantial recognition and goodwill in the marketplace, and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and valuable asset of [Owner].</w:t>
      </w:r>
    </w:p>
    <w:p>
      <w:pPr>
        <w:keepNext w:val="0"/>
        <w:spacing w:before="200" w:after="0" w:line="260" w:lineRule="exact"/>
        <w:ind w:left="360" w:right="0" w:firstLine="0"/>
        <w:jc w:val="both"/>
      </w:pPr>
      <w:r>
        <w:rPr>
          <w:rFonts w:ascii="Times New Roman" w:hAnsi="Times New Roman" w:eastAsia="Times New Roman" w:cs="Times New Roman"/>
          <w:b w:val="0"/>
          <w:sz w:val="24"/>
        </w:rPr>
        <w:t>It has come to our attention that you [describe infringing use].</w:t>
      </w:r>
    </w:p>
    <w:p>
      <w:pPr>
        <w:keepNext w:val="0"/>
        <w:spacing w:before="200" w:after="0" w:line="260" w:lineRule="exact"/>
        <w:ind w:left="360" w:right="0" w:firstLine="0"/>
        <w:jc w:val="both"/>
      </w:pPr>
      <w:r>
        <w:rPr>
          <w:rFonts w:ascii="Times New Roman" w:hAnsi="Times New Roman" w:eastAsia="Times New Roman" w:cs="Times New Roman"/>
          <w:b w:val="0"/>
          <w:sz w:val="24"/>
        </w:rPr>
        <w:t>[Owner] is concerned that your unauthorized use of the [TRADEMARK] mark in connection with [goods/services] will create confusion among the public as to source, sponsorship, affiliation and/or endorsement in violation of the federal Lanham Act, analogous state statutes, and common law principles of trademark infringement and unfair competition.</w:t>
      </w:r>
    </w:p>
    <w:p>
      <w:pPr>
        <w:keepNext w:val="0"/>
        <w:spacing w:before="200" w:after="0" w:line="260" w:lineRule="exact"/>
        <w:ind w:left="360" w:right="0" w:firstLine="0"/>
        <w:jc w:val="both"/>
      </w:pPr>
      <w:r>
        <w:rPr>
          <w:rFonts w:ascii="Times New Roman" w:hAnsi="Times New Roman" w:eastAsia="Times New Roman" w:cs="Times New Roman"/>
          <w:b w:val="0"/>
          <w:sz w:val="24"/>
        </w:rPr>
        <w:t>Accordingly, we demand that you immediately cease all unauthorized use of the [TRADEMARK] mark and any other names and/or designations that are confusingly similar to [Owner's] trademarks.</w:t>
      </w:r>
    </w:p>
    <w:p>
      <w:pPr>
        <w:keepNext w:val="0"/>
        <w:spacing w:before="200" w:after="0" w:line="260" w:lineRule="exact"/>
        <w:ind w:left="360" w:right="0" w:firstLine="0"/>
        <w:jc w:val="both"/>
      </w:pPr>
      <w:r>
        <w:rPr>
          <w:rFonts w:ascii="Times New Roman" w:hAnsi="Times New Roman" w:eastAsia="Times New Roman" w:cs="Times New Roman"/>
          <w:b w:val="0"/>
          <w:sz w:val="24"/>
        </w:rPr>
        <w:t>Now that you have been formally advised of our rights, we trust that this matter can be resolved quickly and amicably. Accordingly, please provide us with your written assurances, no later than [deadline], that you have ceased all uses of the [TRADEMARK] mark and any confusingly similar names, and have complied with the demands made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Our proposal to resolve this matter, without resort to formal legal action, is for settlement purposes only. Nothing contained herein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or prejudice any of our rights, all of which are expressly reserved.</w:t>
      </w:r>
    </w:p>
    <w:p>
      <w:pPr>
        <w:keepNext w:val="0"/>
        <w:spacing w:before="200" w:after="0" w:line="260" w:lineRule="exact"/>
        <w:ind w:left="360" w:right="0" w:firstLine="0"/>
        <w:jc w:val="both"/>
      </w:pPr>
      <w:r>
        <w:rPr>
          <w:rFonts w:ascii="Times New Roman" w:hAnsi="Times New Roman" w:eastAsia="Times New Roman" w:cs="Times New Roman"/>
          <w:b w:val="0"/>
          <w:sz w:val="24"/>
        </w:rPr>
        <w:t>Thank you, in advance, for your anticipated cooperation. Please contact me directly should you wish to discuss this matter.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