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TO CEASE AND DESIST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[SENDER NAME]</w:t>
      </w:r>
    </w:p>
    <w:p>
      <w:pPr/>
      <w:r>
        <w:rPr>
          <w:rFonts w:ascii="Times New Roman" w:hAnsi="Times New Roman" w:eastAsia="Times New Roman" w:cs="Times New Roman"/>
          <w:sz w:val="24"/>
        </w:rPr>
        <w:t>[SENDER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Re: Trademark Infringement – Cease and Desist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 NAME]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It has come to our attention that you are making unauthorized use of the trademark </w:t>
      </w:r>
      <w:r>
        <w:rPr>
          <w:rFonts w:ascii="Times New Roman" w:hAnsi="Times New Roman" w:eastAsia="Times New Roman" w:cs="Times New Roman"/>
          <w:sz w:val="24"/>
        </w:rPr>
        <w:t>[NAME OF TRADEMARK]</w:t>
      </w:r>
      <w:r>
        <w:rPr>
          <w:rFonts w:ascii="Times New Roman" w:hAnsi="Times New Roman" w:eastAsia="Times New Roman" w:cs="Times New Roman"/>
          <w:sz w:val="24"/>
        </w:rPr>
        <w:t xml:space="preserve"> by </w:t>
      </w:r>
      <w:r>
        <w:rPr>
          <w:rFonts w:ascii="Times New Roman" w:hAnsi="Times New Roman" w:eastAsia="Times New Roman" w:cs="Times New Roman"/>
          <w:sz w:val="24"/>
        </w:rPr>
        <w:t>[DESCRIBE INFRINGEMENT USE]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Under federal registration laws, we are the owners of the trademark </w:t>
      </w:r>
      <w:r>
        <w:rPr>
          <w:rFonts w:ascii="Times New Roman" w:hAnsi="Times New Roman" w:eastAsia="Times New Roman" w:cs="Times New Roman"/>
          <w:sz w:val="24"/>
        </w:rPr>
        <w:t>[NAME OF TRADEMARK]</w:t>
      </w:r>
      <w:r>
        <w:rPr>
          <w:rFonts w:ascii="Times New Roman" w:hAnsi="Times New Roman" w:eastAsia="Times New Roman" w:cs="Times New Roman"/>
          <w:sz w:val="24"/>
        </w:rPr>
        <w:t xml:space="preserve"> currently with the United States Patent and Trademark Office under the following registration number: </w:t>
      </w:r>
      <w:r>
        <w:rPr>
          <w:rFonts w:ascii="Times New Roman" w:hAnsi="Times New Roman" w:eastAsia="Times New Roman" w:cs="Times New Roman"/>
          <w:sz w:val="24"/>
        </w:rPr>
        <w:t>[REGISTRATION NUMBER]</w:t>
      </w:r>
      <w:r>
        <w:rPr>
          <w:rFonts w:ascii="Times New Roman" w:hAnsi="Times New Roman" w:eastAsia="Times New Roman" w:cs="Times New Roman"/>
          <w:sz w:val="24"/>
        </w:rPr>
        <w:t xml:space="preserve">. Therefore, we have the right, including but not limited to, restrict, prevent or limit the use of our trademark in order to protect it against any misrepresentation.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We hereby demand that you </w:t>
      </w:r>
      <w:r>
        <w:rPr>
          <w:rFonts w:ascii="Times New Roman" w:hAnsi="Times New Roman" w:eastAsia="Times New Roman" w:cs="Times New Roman"/>
          <w:b/>
          <w:sz w:val="24"/>
        </w:rPr>
        <w:t>immediately cease and desist in any additional use of our trademark that will likely cause misrepresentation in relation with distribution, advertising, identification, and sales of our products or services.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If you fail to comply with the aforementioned demand(s) within </w:t>
      </w:r>
      <w:r>
        <w:rPr>
          <w:rFonts w:ascii="Times New Roman" w:hAnsi="Times New Roman" w:eastAsia="Times New Roman" w:cs="Times New Roman"/>
          <w:sz w:val="24"/>
        </w:rPr>
        <w:t>[NUMBER OF]</w:t>
      </w:r>
      <w:r>
        <w:rPr>
          <w:rFonts w:ascii="Times New Roman" w:hAnsi="Times New Roman" w:eastAsia="Times New Roman" w:cs="Times New Roman"/>
          <w:sz w:val="24"/>
        </w:rPr>
        <w:t xml:space="preserve"> days we will have no choice but to pursue all legal causes of action, including the filing of a lawsuit to protect our interests. We remind you that this letter serves as a pre-suit notice for a lawsuit against you and failing to correct will likely make you liable for any damages the court determines we have suffered as a result of your infringement.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It is in our best interests to have this issue amicably settled in an effort to avoid further legal remedies as provided by State and Federal laws.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