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Travel Notice to Present to Law Enforcement during Public Travel/Movement Restrictions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[Employer Letterhead]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Name of Employee: [employee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Employee's home address: [home address of employee]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Employee's normal work hours: [date and time of employee's normal work hours]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Employer's work address or location(s) of work: [employee's work address or locations of work]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Verification of essential worker/employee status.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notice, when presented by the above-named employee together with his or her employee identification card, verifies that [employee name] is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employee at [Employer name] performing essential work in [briefly describe the nature of the employee's essential work and the work of the Employer]. [Employee name] qualifies as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essential worker under [identify the federal, state, local guidance], which permits him or her to [describe the nature of the travel and/or work] during states of emergency, such pandemics, natural disasters, civil unrest, stay-at-home orders, curfews, and other situations leading to restrictions on travel and movement.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Employer contact information.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verify [employee's] employment with [employer name], or for other questions, please contact the undersigned employer representative at [mobile phone number].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Effective date.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letter is effective during the period of [effective dates].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Signature of employer representative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Printed name of employer representative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