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Trustee Declination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TRUSTEE DECLINATION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I, [name],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person designated as Trustee of the [name of Trust] TRUST dated [date of execution of Trust] (hereinafter the “Trust”), and who has otherwise not accepted the trusteeship in the past, hereby decline the nominated role as Trustee effective immediately, pursuant to [Article of Trust granting Trustee power to decline, if applicable, or regarding successor trustees] [and] Fla. Stat. Ann. § 736.0701(2). I further declare that I have not yet served as Trustee of the [name of Trust] TRUST dated [date of Trust] and am declining the trusteeship prior to ever having served in that capacity.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Pursuant to the above provision contained in the Trust, [name of Next Successor Trustee] is nominated to serve as the next successor Trustee of the [name of Trust] TRUST. I further hereby agree to execute all instruments and deliver this executed TRUSTEE DECLINATION to the successor Trustee and to the beneficiaries of the Trust pursuant to [Article of Trust pertaining Trustee Succession], of the Trust.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Declining Trustee], Declining Trustee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WITNESSES: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Print name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Print name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Acknowledged and subscribed before me by means of ☐ physical presence or ☐ online notarization by ____________________, who ☐ is personally known to me or ☐ produced ____________________ as identification, and subscribed before me by means of ☐ physical presence or ☐ online notarization by [name of first witness], witness, who ☐ is personally known to me or ☐ produced ____________________ as identification, and subscribed before me by means of ☐ physical presence or ☐ online notarization by [name of second witness], witness, who ☐ is personally known to me or ☐ produced ____________________ as identification, and subscribed by me in the presence of ___________________ and the subscribing witnesses, all on [day],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Public, State of Florida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(Print, Type, or Stamp Commissioned Name of Notary Public)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(NOTARIAL SEAL)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Number is: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