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Trustee's 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[Letterhead of the Trustee]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[Issuer's 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[Issuer's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US $[aggregate principal amount] [interest rate]% Senior Notes due [maturity year] (the "Notes") of [issuer's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Ladies and Gentlemen: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As custodian for The Depository Trust Company, we hereby acknowledge safe receipt of the global certificate described below representing US $[aggregate principal amount] aggregate principal amount of the Notes, and confirm that such global certificate will be held by us in safe custody.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has hereunto set his hand as of the date first written above.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[Trustee's name].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 trustee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 of 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 of signatory]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