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8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LETTER OF INVITATION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[WRITER'S NAME]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[WRITER'S STREET ADDRESS]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[WRITER'S CITY, STATE, ZIP]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[WRITER'S PHONE NUMBER]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[WRITER'S EMAIL ADDRESS]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[WRITER'S IMMIGRATION STATUS]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[PROOF OF STATUS (E.G. PASSPORT #)]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[APPLICANT'S NAME]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[APPLICANT'S ADDRESS]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[APPLICANT'S PHONE NUMBER]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[APPLICANT'S EMAIL ADDRESS]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sz w:val="24"/>
        </w:rPr>
        <w:t>[APPLICANT'S PASSPORT NUMBER]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Dear Consular Officer: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My name is </w:t>
      </w:r>
      <w:r>
        <w:rPr>
          <w:rFonts w:ascii="Times New Roman" w:hAnsi="Times New Roman" w:eastAsia="Times New Roman" w:cs="Times New Roman"/>
          <w:sz w:val="24"/>
        </w:rPr>
        <w:t>[WRITER'S NAME]</w:t>
      </w:r>
      <w:r>
        <w:rPr>
          <w:rFonts w:ascii="Times New Roman" w:hAnsi="Times New Roman" w:eastAsia="Times New Roman" w:cs="Times New Roman"/>
          <w:sz w:val="24"/>
        </w:rPr>
        <w:t xml:space="preserve"> and I am a </w:t>
      </w:r>
      <w:r>
        <w:rPr>
          <w:rFonts w:ascii="Times New Roman" w:hAnsi="Times New Roman" w:eastAsia="Times New Roman" w:cs="Times New Roman"/>
          <w:sz w:val="24"/>
        </w:rPr>
        <w:t>[U.S. CITIZEN OR PERMANENT RESIDENT]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I have invited my </w:t>
      </w:r>
      <w:r>
        <w:rPr>
          <w:rFonts w:ascii="Times New Roman" w:hAnsi="Times New Roman" w:eastAsia="Times New Roman" w:cs="Times New Roman"/>
          <w:sz w:val="24"/>
        </w:rPr>
        <w:t>[RELATIONSHIP TO APPLICANT]</w:t>
      </w:r>
      <w:r>
        <w:rPr>
          <w:rFonts w:ascii="Times New Roman" w:hAnsi="Times New Roman" w:eastAsia="Times New Roman" w:cs="Times New Roman"/>
          <w:sz w:val="24"/>
        </w:rPr>
        <w:t xml:space="preserve">, whose name is </w:t>
      </w:r>
      <w:r>
        <w:rPr>
          <w:rFonts w:ascii="Times New Roman" w:hAnsi="Times New Roman" w:eastAsia="Times New Roman" w:cs="Times New Roman"/>
          <w:sz w:val="24"/>
        </w:rPr>
        <w:t>[APPLICANT'S NAME]</w:t>
      </w:r>
      <w:r>
        <w:rPr>
          <w:rFonts w:ascii="Times New Roman" w:hAnsi="Times New Roman" w:eastAsia="Times New Roman" w:cs="Times New Roman"/>
          <w:sz w:val="24"/>
        </w:rPr>
        <w:t xml:space="preserve">, to the U.S. from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to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for the purpose of </w:t>
      </w:r>
      <w:r>
        <w:rPr>
          <w:rFonts w:ascii="Times New Roman" w:hAnsi="Times New Roman" w:eastAsia="Times New Roman" w:cs="Times New Roman"/>
          <w:sz w:val="24"/>
        </w:rPr>
        <w:t>[DESCRIPTION OF VISIT]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During the applicant's visit, I will cover their accommodation and living expenses. The applicant will stay at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while in the U.S.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I have the following planned for the applicant's visit: </w:t>
      </w:r>
      <w:r>
        <w:rPr>
          <w:rFonts w:ascii="Times New Roman" w:hAnsi="Times New Roman" w:eastAsia="Times New Roman" w:cs="Times New Roman"/>
          <w:sz w:val="24"/>
        </w:rPr>
        <w:t>[DESCRIPTION]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 xml:space="preserve">I have attached the following supporting documentation to this letter: </w:t>
      </w:r>
      <w:r>
        <w:rPr>
          <w:rFonts w:ascii="Times New Roman" w:hAnsi="Times New Roman" w:eastAsia="Times New Roman" w:cs="Times New Roman"/>
          <w:sz w:val="24"/>
        </w:rPr>
        <w:t>[DESCRIPTION]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If you need any further information, please don't hesitate to contact me.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Thank you for your time and consideration,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  <w:sz w:val="24"/>
        </w:rPr>
        <w:t>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>[WRITER'S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