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Ga. Code Ann. § 14-11-309,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Georgia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sz w:val="24"/>
        </w:rPr>
        <w:t xml:space="preserve"> including, without limitation, the documents set forth on Schedule A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