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Ga. Code Ann. § 14-11-30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Georg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