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 [limited liability company name]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The undersigned, being the members of [name of seller], a limited liability company organized in California (the “</w:t>
      </w:r>
      <w:r>
        <w:rPr>
          <w:rFonts w:ascii="Times New Roman" w:hAnsi="Times New Roman" w:eastAsia="Times New Roman" w:cs="Times New Roman"/>
          <w:b/>
          <w:sz w:val="24"/>
        </w:rPr>
        <w:t>Company</w:t>
      </w:r>
      <w:r>
        <w:rPr>
          <w:rFonts w:ascii="Times New Roman" w:hAnsi="Times New Roman" w:eastAsia="Times New Roman" w:cs="Times New Roman"/>
          <w:sz w:val="24"/>
        </w:rPr>
        <w:t xml:space="preserve">”), </w:t>
      </w:r>
      <w:r>
        <w:rPr>
          <w:rFonts w:ascii="Times New Roman" w:hAnsi="Times New Roman" w:eastAsia="Times New Roman" w:cs="Times New Roman"/>
          <w:sz w:val="24"/>
        </w:rPr>
        <w:t>acting</w:t>
      </w:r>
      <w:r>
        <w:rPr>
          <w:rFonts w:ascii="Times New Roman" w:hAnsi="Times New Roman" w:eastAsia="Times New Roman" w:cs="Times New Roman"/>
          <w:sz w:val="24"/>
        </w:rPr>
        <w:t xml:space="preserve"> pursuant to acting pursuant to Cal. Corp. Code § 17704.07, hereby adopts the following resolutions:</w:t>
      </w:r>
    </w:p>
    <w:p>
      <w:pPr/>
      <w:r>
        <w:rPr>
          <w:rFonts w:ascii="Times New Roman" w:hAnsi="Times New Roman" w:eastAsia="Times New Roman" w:cs="Times New Roman"/>
          <w:sz w:val="24"/>
        </w:rPr>
        <w:t>WHEREAS, the Company intends to sell that certain real property located at [street address] [city], California (the “</w:t>
      </w:r>
      <w:r>
        <w:rPr>
          <w:rFonts w:ascii="Times New Roman" w:hAnsi="Times New Roman" w:eastAsia="Times New Roman" w:cs="Times New Roman"/>
          <w:b/>
          <w:sz w:val="24"/>
        </w:rPr>
        <w:t>Property</w:t>
      </w:r>
      <w:r>
        <w:rPr>
          <w:rFonts w:ascii="Times New Roman" w:hAnsi="Times New Roman" w:eastAsia="Times New Roman" w:cs="Times New Roman"/>
          <w:sz w:val="24"/>
        </w:rPr>
        <w:t>”) for a purchase price of [dollar amount in words] AND [cents in numbers]/100 DOLLARS ($[purchase price in numbers]) as more particularly described in that certain Purchase and Sale Agreement dated [date], by and between the Company, as seller, and [name of purchaser], as purchaser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sell the Property pursuant to the terms of the Purchase Agreement, and that [names and titles of all officers granted authority to bind the Company] (together, the “Designated Officers”) be, and each of them hereby is, duly authorized to act on behalf of the Company, in connection with the sale by the Company of the Property and to execute and deliver, without limitation, any documents in connection with the sale by the Company of the Property (collectively, the “Transaction Documents”), each in substantially the form presented to the members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 xml:space="preserve">RESOLVED, that each Designated Officer </w:t>
      </w:r>
      <w:r>
        <w:rPr>
          <w:rFonts w:ascii="Times New Roman" w:hAnsi="Times New Roman" w:eastAsia="Times New Roman" w:cs="Times New Roman"/>
          <w:sz w:val="24"/>
        </w:rPr>
        <w:t>be</w:t>
      </w:r>
      <w:r>
        <w:rPr>
          <w:rFonts w:ascii="Times New Roman" w:hAnsi="Times New Roman" w:eastAsia="Times New Roman" w:cs="Times New Roman"/>
          <w:sz w:val="24"/>
        </w:rPr>
        <w:t>,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signature</w:t>
      </w:r>
      <w:r>
        <w:rPr>
          <w:rFonts w:ascii="Times New Roman" w:hAnsi="Times New Roman" w:eastAsia="Times New Roman" w:cs="Times New Roman"/>
          <w:sz w:val="24"/>
        </w:rPr>
        <w:t xml:space="preserve"> page follows]</w:t>
      </w:r>
    </w:p>
    <w:p>
      <w:pPr/>
    </w:p>
    <w:p>
      <w:pPr/>
      <w:r>
        <w:rPr>
          <w:rFonts w:ascii="Times New Roman" w:hAnsi="Times New Roman" w:eastAsia="Times New Roman" w:cs="Times New Roman"/>
          <w:sz w:val="24"/>
        </w:rPr>
        <w:t>IN WITNESS WHEREOF, the undersigned have executed this written consent as of the [day] day of [month], [year].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