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Written Consent of the Members of [limited liability company name] LLC</w:t>
      </w:r>
    </w:p>
    <w:p>
      <w:pPr/>
      <w:r>
        <w:rPr>
          <w:rFonts w:ascii="Times New Roman" w:hAnsi="Times New Roman" w:eastAsia="Times New Roman" w:cs="Times New Roman"/>
          <w:sz w:val="24"/>
        </w:rPr>
        <w:t>Unanimous Written Consent of Members</w:t>
      </w:r>
    </w:p>
    <w:p>
      <w:pPr/>
      <w:r>
        <w:rPr>
          <w:rFonts w:ascii="Times New Roman" w:hAnsi="Times New Roman" w:eastAsia="Times New Roman" w:cs="Times New Roman"/>
          <w:sz w:val="24"/>
        </w:rPr>
        <w:t>The undersigned, being the members of [name of seller], a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sz w:val="24"/>
        </w:rPr>
        <w:t xml:space="preserve">”), </w:t>
      </w:r>
      <w:r>
        <w:rPr>
          <w:rFonts w:ascii="Times New Roman" w:hAnsi="Times New Roman" w:eastAsia="Times New Roman" w:cs="Times New Roman"/>
          <w:sz w:val="24"/>
        </w:rPr>
        <w:t>acting</w:t>
      </w:r>
      <w:r>
        <w:rPr>
          <w:rFonts w:ascii="Times New Roman" w:hAnsi="Times New Roman" w:eastAsia="Times New Roman" w:cs="Times New Roman"/>
          <w:sz w:val="24"/>
        </w:rPr>
        <w:t xml:space="preserve"> pursuant to Ga. Code Ann. § 14-11-309, hereby adopts the following resolutions:</w:t>
      </w:r>
    </w:p>
    <w:p>
      <w:pPr/>
      <w:r>
        <w:rPr>
          <w:rFonts w:ascii="Times New Roman" w:hAnsi="Times New Roman" w:eastAsia="Times New Roman" w:cs="Times New Roman"/>
          <w:sz w:val="24"/>
        </w:rPr>
        <w:t>WHEREAS, the Company intends to sell that certain real property located at [street address] [city], Georgia (the “</w:t>
      </w:r>
      <w:r>
        <w:rPr>
          <w:rFonts w:ascii="Times New Roman" w:hAnsi="Times New Roman" w:eastAsia="Times New Roman" w:cs="Times New Roman"/>
          <w:b/>
          <w:sz w:val="24"/>
        </w:rPr>
        <w:t>Property</w:t>
      </w:r>
      <w:r>
        <w:rPr>
          <w:rFonts w:ascii="Times New Roman" w:hAnsi="Times New Roman" w:eastAsia="Times New Roman" w:cs="Times New Roman"/>
          <w:sz w:val="24"/>
        </w:rPr>
        <w:t>”) for a purchase price of [dollar amount in words] AND [cents in numbers]/100 DOLLARS ($[purchase price in numbers]) as more particularly described in that certain Purchase and Sale Agreement dated [date], by and between the Company, as seller, and [name of purchaser], as purchaser (the “</w:t>
      </w:r>
      <w:r>
        <w:rPr>
          <w:rFonts w:ascii="Times New Roman" w:hAnsi="Times New Roman" w:eastAsia="Times New Roman" w:cs="Times New Roman"/>
          <w:b/>
          <w:sz w:val="24"/>
        </w:rPr>
        <w:t>Purchase Agreement</w:t>
      </w:r>
      <w:r>
        <w:rPr>
          <w:rFonts w:ascii="Times New Roman" w:hAnsi="Times New Roman" w:eastAsia="Times New Roman" w:cs="Times New Roman"/>
          <w:sz w:val="24"/>
        </w:rPr>
        <w:t>”).</w:t>
      </w:r>
    </w:p>
    <w:p>
      <w:pPr/>
      <w:r>
        <w:rPr>
          <w:rFonts w:ascii="Times New Roman" w:hAnsi="Times New Roman" w:eastAsia="Times New Roman" w:cs="Times New Roman"/>
          <w:sz w:val="24"/>
        </w:rPr>
        <w:t>NOW, THEREFORE BE IT:</w:t>
      </w:r>
    </w:p>
    <w:p>
      <w:pPr/>
      <w:r>
        <w:rPr>
          <w:rFonts w:ascii="Times New Roman" w:hAnsi="Times New Roman" w:eastAsia="Times New Roman" w:cs="Times New Roman"/>
          <w:sz w:val="24"/>
        </w:rPr>
        <w:t>RESOLVED, that it is advisable and in the best interests of the Company to sell the Property pursuant to the terms of the Purchase Agreement, and that [names and titles of all officers granted authority to bind the Company] (together, the “</w:t>
      </w:r>
      <w:r>
        <w:rPr>
          <w:rFonts w:ascii="Times New Roman" w:hAnsi="Times New Roman" w:eastAsia="Times New Roman" w:cs="Times New Roman"/>
          <w:b/>
          <w:sz w:val="24"/>
        </w:rPr>
        <w:t>Designated Officers</w:t>
      </w:r>
      <w:r>
        <w:rPr>
          <w:rFonts w:ascii="Times New Roman" w:hAnsi="Times New Roman" w:eastAsia="Times New Roman" w:cs="Times New Roman"/>
          <w:sz w:val="24"/>
        </w:rPr>
        <w:t>”) be, and each of them hereby is, duly authorized to act on behalf of the Company, in connection with the sale by the Company of the Property and to execute and deliver, without limitation, any documents in connection with the sale by the Company of the Property (collectively, the “</w:t>
      </w:r>
      <w:r>
        <w:rPr>
          <w:rFonts w:ascii="Times New Roman" w:hAnsi="Times New Roman" w:eastAsia="Times New Roman" w:cs="Times New Roman"/>
          <w:b/>
          <w:sz w:val="24"/>
        </w:rPr>
        <w:t>Transaction Documents</w:t>
      </w:r>
      <w:r>
        <w:rPr>
          <w:rFonts w:ascii="Times New Roman" w:hAnsi="Times New Roman" w:eastAsia="Times New Roman" w:cs="Times New Roman"/>
          <w:sz w:val="24"/>
        </w:rPr>
        <w:t>”), each in substantially the form presented to the members of the Company.</w:t>
      </w:r>
    </w:p>
    <w:p>
      <w:pPr/>
      <w:r>
        <w:rPr>
          <w:rFonts w:ascii="Times New Roman" w:hAnsi="Times New Roman" w:eastAsia="Times New Roman" w:cs="Times New Roman"/>
          <w:sz w:val="24"/>
        </w:rPr>
        <w:t>RESOLVED, that the Transaction Documents hereby are approved, and that any of the Designated Officers be, and each of them hereby is, authorized, empowered and directed, in the name and on behalf of the Company, to execute and deliver the Transaction Documents in substantially the form presented to the members of the Company, with such changes therein, additions thereto and deletions therefrom as such Designated Officer or Designated Officers shall approve, such approval to be conclusively evidenced by the execution of the Transaction Documents.</w:t>
      </w:r>
    </w:p>
    <w:p>
      <w:pPr/>
      <w:r>
        <w:rPr>
          <w:rFonts w:ascii="Times New Roman" w:hAnsi="Times New Roman" w:eastAsia="Times New Roman" w:cs="Times New Roman"/>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r>
        <w:rPr>
          <w:rFonts w:ascii="Times New Roman" w:hAnsi="Times New Roman" w:eastAsia="Times New Roman" w:cs="Times New Roman"/>
          <w:sz w:val="24"/>
        </w:rPr>
        <w:t xml:space="preserve">RESOLVED, that each Designated Officer </w:t>
      </w:r>
      <w:r>
        <w:rPr>
          <w:rFonts w:ascii="Times New Roman" w:hAnsi="Times New Roman" w:eastAsia="Times New Roman" w:cs="Times New Roman"/>
          <w:sz w:val="24"/>
        </w:rPr>
        <w:t>be</w:t>
      </w:r>
      <w:r>
        <w:rPr>
          <w:rFonts w:ascii="Times New Roman" w:hAnsi="Times New Roman" w:eastAsia="Times New Roman" w:cs="Times New Roman"/>
          <w:sz w:val="24"/>
        </w:rPr>
        <w:t>, and each of them hereby is, authorized to take on behalf of the Company all such other actions as such Designated Officer, in his or her sole discretion, considers necessary, desirable or expedient to carry into effect the purposes of the foregoing resolutions.</w:t>
      </w:r>
    </w:p>
    <w:p>
      <w:pPr/>
      <w:r>
        <w:rPr>
          <w:rFonts w:ascii="Times New Roman" w:hAnsi="Times New Roman" w:eastAsia="Times New Roman" w:cs="Times New Roman"/>
          <w:sz w:val="24"/>
        </w:rPr>
        <w:t>RESOLVED, that all actions taken by the Designated Officers to date in connection with the foregoing resolutions or the transactions contemplated thereby are hereby in all respects confirmed, ratified and approved.</w:t>
      </w:r>
    </w:p>
    <w:p>
      <w:pPr/>
      <w:r>
        <w:rPr>
          <w:rFonts w:ascii="Times New Roman" w:hAnsi="Times New Roman" w:eastAsia="Times New Roman" w:cs="Times New Roman"/>
          <w:sz w:val="24"/>
        </w:rPr>
        <w:t>This written consent may be executed by one or more of the parties hereto on any number of separate counterparts and by facsimile signature, and all of said counterparts taken together shall be deemed to constitute one and the same instrument.</w:t>
      </w:r>
    </w:p>
    <w:p>
      <w:pPr/>
      <w:r>
        <w:rPr>
          <w:rFonts w:ascii="Times New Roman" w:hAnsi="Times New Roman" w:eastAsia="Times New Roman" w:cs="Times New Roman"/>
          <w:sz w:val="24"/>
        </w:rPr>
        <w:t>This written consent shall be kept with the records of the Company and shall have the same force and effect as if adopted at a meeting of the Company duly noticed and held.</w:t>
      </w:r>
    </w:p>
    <w:p>
      <w:pPr>
        <w:jc w:val="center"/>
      </w:pPr>
      <w:r>
        <w:rPr>
          <w:rFonts w:ascii="Times New Roman" w:hAnsi="Times New Roman" w:eastAsia="Times New Roman" w:cs="Times New Roman"/>
          <w:sz w:val="24"/>
        </w:rPr>
        <w:t>[</w:t>
      </w:r>
      <w:r>
        <w:rPr>
          <w:rFonts w:ascii="Times New Roman" w:hAnsi="Times New Roman" w:eastAsia="Times New Roman" w:cs="Times New Roman"/>
          <w:sz w:val="24"/>
        </w:rPr>
        <w:t>signature</w:t>
      </w:r>
      <w:r>
        <w:rPr>
          <w:rFonts w:ascii="Times New Roman" w:hAnsi="Times New Roman" w:eastAsia="Times New Roman" w:cs="Times New Roman"/>
          <w:sz w:val="24"/>
        </w:rPr>
        <w:t xml:space="preserve"> page follows]</w:t>
      </w:r>
    </w:p>
    <w:p>
      <w:pPr/>
    </w:p>
    <w:p>
      <w:pPr/>
      <w:r>
        <w:rPr>
          <w:rFonts w:ascii="Times New Roman" w:hAnsi="Times New Roman" w:eastAsia="Times New Roman" w:cs="Times New Roman"/>
          <w:sz w:val="24"/>
        </w:rPr>
        <w:t>IN WITNESS WHEREOF, the undersigned have executed this written consent as of the [day] day of [month], [year].</w:t>
      </w:r>
    </w:p>
    <w:p>
      <w:pPr/>
    </w:p>
    <w:p>
      <w:pP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