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Members of [limited liability company name] LLC</w:t>
      </w:r>
    </w:p>
    <w:p>
      <w:pPr/>
      <w:r>
        <w:rPr>
          <w:rFonts w:ascii="Times New Roman" w:hAnsi="Times New Roman" w:eastAsia="Times New Roman" w:cs="Times New Roman"/>
          <w:sz w:val="24"/>
        </w:rPr>
        <w:t>Unanimous Written Consent of Members</w:t>
      </w:r>
    </w:p>
    <w:p>
      <w:pPr/>
      <w:r>
        <w:rPr>
          <w:rFonts w:ascii="Times New Roman" w:hAnsi="Times New Roman" w:eastAsia="Times New Roman" w:cs="Times New Roman"/>
          <w:sz w:val="24"/>
        </w:rPr>
        <w:t>The undersigned, being the members of [name of seller], a limited liability company organized in Illinois (the “</w:t>
      </w:r>
      <w:r>
        <w:rPr>
          <w:rFonts w:ascii="Times New Roman" w:hAnsi="Times New Roman" w:eastAsia="Times New Roman" w:cs="Times New Roman"/>
          <w:b/>
          <w:sz w:val="24"/>
        </w:rPr>
        <w:t>Company</w:t>
      </w:r>
      <w:r>
        <w:rPr>
          <w:rFonts w:ascii="Times New Roman" w:hAnsi="Times New Roman" w:eastAsia="Times New Roman" w:cs="Times New Roman"/>
          <w:sz w:val="24"/>
        </w:rPr>
        <w:t xml:space="preserve">”), </w:t>
      </w:r>
      <w:r>
        <w:rPr>
          <w:rFonts w:ascii="Times New Roman" w:hAnsi="Times New Roman" w:eastAsia="Times New Roman" w:cs="Times New Roman"/>
          <w:sz w:val="24"/>
        </w:rPr>
        <w:t>acting</w:t>
      </w:r>
      <w:r>
        <w:rPr>
          <w:rFonts w:ascii="Times New Roman" w:hAnsi="Times New Roman" w:eastAsia="Times New Roman" w:cs="Times New Roman"/>
          <w:sz w:val="24"/>
        </w:rPr>
        <w:t xml:space="preserve"> pursuant to 805 Ill. Comp. Stat. Ann. 180/15-1, hereby adopts the following resolutions:</w:t>
      </w:r>
    </w:p>
    <w:p>
      <w:pPr/>
      <w:r>
        <w:rPr>
          <w:rFonts w:ascii="Times New Roman" w:hAnsi="Times New Roman" w:eastAsia="Times New Roman" w:cs="Times New Roman"/>
          <w:sz w:val="24"/>
        </w:rPr>
        <w:t>WHEREAS, the Company intends to sell that certain real property located at [street address] [city], Illinois (the “</w:t>
      </w:r>
      <w:r>
        <w:rPr>
          <w:rFonts w:ascii="Times New Roman" w:hAnsi="Times New Roman" w:eastAsia="Times New Roman" w:cs="Times New Roman"/>
          <w:b/>
          <w:sz w:val="24"/>
        </w:rPr>
        <w:t>Property</w:t>
      </w:r>
      <w:r>
        <w:rPr>
          <w:rFonts w:ascii="Times New Roman" w:hAnsi="Times New Roman" w:eastAsia="Times New Roman" w:cs="Times New Roman"/>
          <w:sz w:val="24"/>
        </w:rPr>
        <w:t>”) for a purchase price of [dollar amount in words] AND [cents in numbers]/100 DOLLARS ($[purchase price in numbers]) as more particularly described in that certain Purchase and Sale Agreement dated [date], by and between the Company, as seller, and [name of purchaser], as purchaser (the “</w:t>
      </w:r>
      <w:r>
        <w:rPr>
          <w:rFonts w:ascii="Times New Roman" w:hAnsi="Times New Roman" w:eastAsia="Times New Roman" w:cs="Times New Roman"/>
          <w:b/>
          <w:sz w:val="24"/>
        </w:rPr>
        <w:t>Purchase Agreement</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RESOLVED, that it is advisable and in the best interests of the Company to sell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sz w:val="24"/>
        </w:rPr>
        <w:t>”) be, and each of them hereby is, duly authorized to act on behalf of the Company, in connection with the sale by the Company of the Property and to execute and deliver, without limitation, any documents in connection with the sale by the Company of the Property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 each in substantially the form presented to the members of the Company.</w:t>
      </w:r>
    </w:p>
    <w:p>
      <w:pPr/>
      <w:r>
        <w:rPr>
          <w:rFonts w:ascii="Times New Roman" w:hAnsi="Times New Roman" w:eastAsia="Times New Roman" w:cs="Times New Roman"/>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members of the Company, with such changes therein, additions thereto and deletions therefrom as such Designated Officer or Designated Officers shall approve, such approval to be conclusively evidenced by the execution of the Transaction Documents.</w:t>
      </w:r>
    </w:p>
    <w:p>
      <w:pPr/>
      <w:r>
        <w:rPr>
          <w:rFonts w:ascii="Times New Roman" w:hAnsi="Times New Roman" w:eastAsia="Times New Roman" w:cs="Times New Roman"/>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 xml:space="preserve">RESOLVED, that each Designated Officer </w:t>
      </w:r>
      <w:r>
        <w:rPr>
          <w:rFonts w:ascii="Times New Roman" w:hAnsi="Times New Roman" w:eastAsia="Times New Roman" w:cs="Times New Roman"/>
          <w:sz w:val="24"/>
        </w:rPr>
        <w:t>be</w:t>
      </w:r>
      <w:r>
        <w:rPr>
          <w:rFonts w:ascii="Times New Roman" w:hAnsi="Times New Roman" w:eastAsia="Times New Roman" w:cs="Times New Roman"/>
          <w:sz w:val="24"/>
        </w:rPr>
        <w:t>, and each of them hereby is, authorized to take on behalf of the Company all such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This written consent may be executed by one or more of the parties hereto on any number of separate counterparts and by facsimile signature, and all of said counterparts taken together shall be deemed to constitute one and the same instrument.</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jc w:val="center"/>
      </w:pPr>
      <w:r>
        <w:rPr>
          <w:rFonts w:ascii="Times New Roman" w:hAnsi="Times New Roman" w:eastAsia="Times New Roman" w:cs="Times New Roman"/>
          <w:sz w:val="24"/>
        </w:rPr>
        <w:t>[</w:t>
      </w:r>
      <w:r>
        <w:rPr>
          <w:rFonts w:ascii="Times New Roman" w:hAnsi="Times New Roman" w:eastAsia="Times New Roman" w:cs="Times New Roman"/>
          <w:sz w:val="24"/>
        </w:rPr>
        <w:t>signature</w:t>
      </w:r>
      <w:r>
        <w:rPr>
          <w:rFonts w:ascii="Times New Roman" w:hAnsi="Times New Roman" w:eastAsia="Times New Roman" w:cs="Times New Roman"/>
          <w:sz w:val="24"/>
        </w:rPr>
        <w:t xml:space="preserve"> page follows]</w:t>
      </w:r>
    </w:p>
    <w:p>
      <w:pPr/>
    </w:p>
    <w:p>
      <w:pPr/>
      <w:r>
        <w:rPr>
          <w:rFonts w:ascii="Times New Roman" w:hAnsi="Times New Roman" w:eastAsia="Times New Roman" w:cs="Times New Roman"/>
          <w:sz w:val="24"/>
        </w:rPr>
        <w:t>IN WITNESS WHEREOF, the undersigned have executed this written consent as of the [day] day of [month], [year].</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