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 [limited liability company name]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The undersigned, being the members of [name of seller], a limited liability company organized in Ohio (the “</w:t>
      </w:r>
      <w:r>
        <w:rPr>
          <w:rFonts w:ascii="Times New Roman" w:hAnsi="Times New Roman" w:eastAsia="Times New Roman" w:cs="Times New Roman"/>
          <w:b/>
          <w:sz w:val="24"/>
        </w:rPr>
        <w:t>Company</w:t>
      </w:r>
      <w:r>
        <w:rPr>
          <w:rFonts w:ascii="Times New Roman" w:hAnsi="Times New Roman" w:eastAsia="Times New Roman" w:cs="Times New Roman"/>
          <w:sz w:val="24"/>
        </w:rPr>
        <w:t xml:space="preserve">”), </w:t>
      </w:r>
      <w:r>
        <w:rPr>
          <w:rFonts w:ascii="Times New Roman" w:hAnsi="Times New Roman" w:eastAsia="Times New Roman" w:cs="Times New Roman"/>
          <w:sz w:val="24"/>
        </w:rPr>
        <w:t>acting</w:t>
      </w:r>
      <w:r>
        <w:rPr>
          <w:rFonts w:ascii="Times New Roman" w:hAnsi="Times New Roman" w:eastAsia="Times New Roman" w:cs="Times New Roman"/>
          <w:sz w:val="24"/>
        </w:rPr>
        <w:t xml:space="preserve"> pursuant to Ohio Rev. Code Ann. § 1705.27, hereby adopts the following resolutions:</w:t>
      </w:r>
    </w:p>
    <w:p>
      <w:pPr/>
      <w:r>
        <w:rPr>
          <w:rFonts w:ascii="Times New Roman" w:hAnsi="Times New Roman" w:eastAsia="Times New Roman" w:cs="Times New Roman"/>
          <w:sz w:val="24"/>
        </w:rPr>
        <w:t>WHEREAS, the Company intends to sell that certain real property located at [street address] [city], Ohio (the “</w:t>
      </w:r>
      <w:r>
        <w:rPr>
          <w:rFonts w:ascii="Times New Roman" w:hAnsi="Times New Roman" w:eastAsia="Times New Roman" w:cs="Times New Roman"/>
          <w:b/>
          <w:sz w:val="24"/>
        </w:rPr>
        <w:t>Property</w:t>
      </w:r>
      <w:r>
        <w:rPr>
          <w:rFonts w:ascii="Times New Roman" w:hAnsi="Times New Roman" w:eastAsia="Times New Roman" w:cs="Times New Roman"/>
          <w:sz w:val="24"/>
        </w:rPr>
        <w:t>”) for a purchase price of [dollar amount in words] AND [cents in numbers]/100 DOLLARS ($[purchase price in numbers]) as more particularly described in that certain Purchase and Sale Agreement dated [date], by and between the Company, as seller, and [name of purchaser], as purchaser (the “</w:t>
      </w:r>
      <w:r>
        <w:rPr>
          <w:rFonts w:ascii="Times New Roman" w:hAnsi="Times New Roman" w:eastAsia="Times New Roman" w:cs="Times New Roman"/>
          <w:b/>
          <w:sz w:val="24"/>
        </w:rPr>
        <w:t>Purchase Agreement</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 xml:space="preserve">RESOLVED, that each Designated Officer </w:t>
      </w:r>
      <w:r>
        <w:rPr>
          <w:rFonts w:ascii="Times New Roman" w:hAnsi="Times New Roman" w:eastAsia="Times New Roman" w:cs="Times New Roman"/>
          <w:sz w:val="24"/>
        </w:rPr>
        <w:t>be</w:t>
      </w:r>
      <w:r>
        <w:rPr>
          <w:rFonts w:ascii="Times New Roman" w:hAnsi="Times New Roman" w:eastAsia="Times New Roman" w:cs="Times New Roman"/>
          <w:sz w:val="24"/>
        </w:rPr>
        <w:t>,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may be executed by one or more of the parties hereto on any number of separate counterparts and by facsimile signature, and all of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jc w:val="center"/>
      </w:pPr>
      <w:r>
        <w:rPr>
          <w:rFonts w:ascii="Times New Roman" w:hAnsi="Times New Roman" w:eastAsia="Times New Roman" w:cs="Times New Roman"/>
          <w:sz w:val="24"/>
        </w:rPr>
        <w:t>[</w:t>
      </w:r>
      <w:r>
        <w:rPr>
          <w:rFonts w:ascii="Times New Roman" w:hAnsi="Times New Roman" w:eastAsia="Times New Roman" w:cs="Times New Roman"/>
          <w:sz w:val="24"/>
        </w:rPr>
        <w:t>signature</w:t>
      </w:r>
      <w:r>
        <w:rPr>
          <w:rFonts w:ascii="Times New Roman" w:hAnsi="Times New Roman" w:eastAsia="Times New Roman" w:cs="Times New Roman"/>
          <w:sz w:val="24"/>
        </w:rPr>
        <w:t xml:space="preserve"> page follows]</w:t>
      </w:r>
    </w:p>
    <w:p>
      <w:pPr/>
    </w:p>
    <w:p>
      <w:pPr/>
      <w:r>
        <w:rPr>
          <w:rFonts w:ascii="Times New Roman" w:hAnsi="Times New Roman" w:eastAsia="Times New Roman" w:cs="Times New Roman"/>
          <w:sz w:val="24"/>
        </w:rPr>
        <w:t>IN WITNESS WHEREOF, the undersigned have executed this written consent as of the [day] day of [month], [year].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