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California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Cal. Corp. Code § 17704.07,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California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