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New Jersey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N.J. Stat. § 42:2C-37,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New Jersey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