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members of [name of seller],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Illinois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805 Ill. Comp. Stat. Ann. 180/15-1,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intends to sell that certain real property located at [street address] [city], Illinois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b w:val="0"/>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