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members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Massachusetts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acting pursuant to Mass. Ann. Laws ch. 156C, § 21 [</w:t>
      </w:r>
      <w:r>
        <w:rPr>
          <w:rFonts w:ascii="Times New Roman" w:hAnsi="Times New Roman" w:eastAsia="Times New Roman" w:cs="Times New Roman"/>
          <w:b/>
          <w:sz w:val="24"/>
        </w:rPr>
        <w:t>and in accordance with</w:t>
      </w:r>
      <w:r>
        <w:rPr>
          <w:rFonts w:ascii="Times New Roman" w:hAnsi="Times New Roman" w:eastAsia="Times New Roman" w:cs="Times New Roman"/>
          <w:b w:val="0"/>
          <w:sz w:val="24"/>
        </w:rPr>
        <w:t>] [the relevant provisions of the limited liability company operating agreement, if applicable],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sell that certain real property located at [street address] [city], Massachusetts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