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Unanimous Written Consent of the Board in Lieu of Organizational Meeting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Unanimous Written Consent of the Board of Directors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in Lieu 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Organizational Meeting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of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undersigned being the directors of [name of corporation] hereby consent to the adoption of the following resolutions: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Resolved, that the articles of incorporation of this corporation were filed by the Florida Department of State Division of Corporations on [date].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file-stamped or certified copy of the articles of incorporation accepted by the Florida Department of State Division of Corporations is attached hereto.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Resolved, that the form of bylaws attached hereto are adopted and accepted as the bylaws of [name of corporation].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Resolved, that the following were elected to serve as officers of the corporation and assumed their office until the next annual meeting of the directors of this corporation: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[List additional business transacted at the meeting.]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WHEREOF, the undersigned have duly executed this written consent on [date]: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Attachments to Written Consent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Articles of Incorporation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Bylaws of Corporation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