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Unanimous Written Consent of the Board of Directors in Lieu of Organizational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Unanimous Written Consent of the Board of Directors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in Lieu of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Organizational Meeting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directors of [name of corporation], acting by written consent in accordance with Ohio Rev. Code Ann. § 1701.54(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), hereby adopt the following resolutions: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articles of incorporation and the appointment of statutory agent have been filed in the office of the Ohio Secretary of State on the [date] day of [month], [year].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articles as certified by the Ohio Secretary of State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appointment of statutory agent are attached hereto.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consideration for which subscriptions to common shares without par value of the corporation shall be received be, and the same hereby is, fixed at $[price per share], payable in cash or other property, of which $[amount to be credited to stated capital] shall be credited to stated capital and $[amount to be credited to additional paid-in capital] to additional paid-in capital.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subscriptions were received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SHARE SUBSCRIPTION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We, the undersigned, hereby subscribe for the number of common shares of [name of corporation], and agree to pay therefor the consideration, set forth opposite our respective names.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</w:t>
      </w:r>
    </w:p>
    <w:p>
      <w:pPr>
        <w:keepNext w:val="0"/>
        <w:spacing w:before="200" w:after="0" w:line="260" w:lineRule="exact"/>
        <w:ind w:left="180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President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following individuals be, and they hereby are, elected to serve in the offices set forth opposite their respective names: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regulations attached hereto be adopted as the regulations of the corporation.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Attachments to the Written Consent of Directors in Lieu of Organizational Meeting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Articles of Incorporation (certified or file-stamped copy);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Appointment of Statutory Agent (certified or file-stamped copy);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Regulations of [name of corporation].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