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Unconditional Offer of Reinstatement Letter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BY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[CERTIFIED MAIL / OVERNIGHT DELIVERY]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[Employee's Attorney's Name]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[Street]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[City, State, Zip]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[Employee's attorney representative's name]: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[Company name] (the Company) unconditionally offers [Employee's name] [his / her] former position of [position title] along with [his/ her] previous compensation and benefits and responsibilities. [Mr. / Ms.] [Employee's last name] is free to continue to pursue any legal claims against the Company. The acceptance of this offer does not constitute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release of those claims or any other legal rights.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Company will not retaliate against [Mr. / Ms.] [Employee's last name] or permit any other employees to retaliate against [Mr. / Ms.] [Employee's last name] in [his / her] return to work. The Company will have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"open door" policy for [Mr. / Ms.] [Employee's last name] upon [his / her] return to address any issues or concerns [he / she] has regarding [his / her] employment and position. [Mr. / Ms.] [Employee's last name] may address any questions or concerns to [Employer representative's name], [Title].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let me know at your earliest convenience, but no later than [number] days from the date of this letter, whether [Mr. / Ms.] [Employee's last name] will return to employment with the Company. The Company encourages [Mr. / Ms.] [Employee's last name] to discuss this unconditional offer of reinstatement with [his / her] counsel.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offer does not in any way represent any admission of liability by the Company.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Sincerely,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[Employer's attorney's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