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Unconditional Waiver and Release on Final Payment</w:t>
      </w:r>
    </w:p>
    <w:p>
      <w:pPr/>
      <w:r>
        <w:rPr>
          <w:rFonts w:ascii="Times New Roman" w:hAnsi="Times New Roman" w:eastAsia="Times New Roman" w:cs="Times New Roman"/>
          <w:sz w:val="24"/>
        </w:rPr>
        <w:t>NOTICE: This document waives rights unconditionally and states that you have been paid for giving up those rights. It is prohibited for a person to require you to sign this document if you have not been paid the payment amount set forth below. If you have not been paid, use a conditional release form.</w:t>
      </w:r>
    </w:p>
    <w:p>
      <w:pPr/>
      <w:r>
        <w:rPr>
          <w:rFonts w:ascii="Times New Roman" w:hAnsi="Times New Roman" w:eastAsia="Times New Roman" w:cs="Times New Roman"/>
          <w:sz w:val="24"/>
        </w:rPr>
        <w:t>UNCONDITIONAL WAIVER AND RELEASE ON FINAL PAYMENT (TX)</w:t>
      </w:r>
    </w:p>
    <w:p>
      <w:pPr/>
      <w:r>
        <w:rPr>
          <w:rFonts w:ascii="Times New Roman" w:hAnsi="Times New Roman" w:eastAsia="Times New Roman" w:cs="Times New Roman"/>
          <w:sz w:val="24"/>
        </w:rPr>
        <w:t xml:space="preserve">Project: </w:t>
      </w:r>
      <w:r>
        <w:rPr>
          <w:rFonts w:ascii="Times New Roman" w:hAnsi="Times New Roman" w:eastAsia="Times New Roman" w:cs="Times New Roman"/>
          <w:sz w:val="24"/>
        </w:rPr>
        <w:t>[</w:t>
      </w:r>
      <w:r>
        <w:rPr>
          <w:rFonts w:ascii="Times New Roman" w:hAnsi="Times New Roman" w:eastAsia="Times New Roman" w:cs="Times New Roman"/>
          <w:sz w:val="24"/>
        </w:rPr>
        <w:t>project name]</w:t>
      </w:r>
    </w:p>
    <w:p>
      <w:pPr/>
      <w:r>
        <w:rPr>
          <w:rFonts w:ascii="Times New Roman" w:hAnsi="Times New Roman" w:eastAsia="Times New Roman" w:cs="Times New Roman"/>
          <w:sz w:val="24"/>
        </w:rPr>
        <w:t xml:space="preserve">Job No. </w:t>
      </w:r>
      <w:r>
        <w:rPr>
          <w:rFonts w:ascii="Times New Roman" w:hAnsi="Times New Roman" w:eastAsia="Times New Roman" w:cs="Times New Roman"/>
          <w:sz w:val="24"/>
        </w:rPr>
        <w:t>[</w:t>
      </w:r>
      <w:r>
        <w:rPr>
          <w:rFonts w:ascii="Times New Roman" w:hAnsi="Times New Roman" w:eastAsia="Times New Roman" w:cs="Times New Roman"/>
          <w:sz w:val="24"/>
        </w:rPr>
        <w:t>job number]</w:t>
      </w:r>
    </w:p>
    <w:p>
      <w:pPr/>
      <w:r>
        <w:rPr>
          <w:rFonts w:ascii="Times New Roman" w:hAnsi="Times New Roman" w:eastAsia="Times New Roman" w:cs="Times New Roman"/>
          <w:sz w:val="24"/>
        </w:rPr>
        <w:t xml:space="preserve">The signer of this document has been paid in full for all labor, services, equipment, or materials furnished to the property or to </w:t>
      </w:r>
      <w:r>
        <w:rPr>
          <w:rFonts w:ascii="Times New Roman" w:hAnsi="Times New Roman" w:eastAsia="Times New Roman" w:cs="Times New Roman"/>
          <w:sz w:val="24"/>
        </w:rPr>
        <w:t>[</w:t>
      </w:r>
      <w:r>
        <w:rPr>
          <w:rFonts w:ascii="Times New Roman" w:hAnsi="Times New Roman" w:eastAsia="Times New Roman" w:cs="Times New Roman"/>
          <w:sz w:val="24"/>
        </w:rPr>
        <w:t xml:space="preserve">name of person with whom signer contracted] on the property of </w:t>
      </w:r>
      <w:r>
        <w:rPr>
          <w:rFonts w:ascii="Times New Roman" w:hAnsi="Times New Roman" w:eastAsia="Times New Roman" w:cs="Times New Roman"/>
          <w:sz w:val="24"/>
        </w:rPr>
        <w:t>[</w:t>
      </w:r>
      <w:r>
        <w:rPr>
          <w:rFonts w:ascii="Times New Roman" w:hAnsi="Times New Roman" w:eastAsia="Times New Roman" w:cs="Times New Roman"/>
          <w:sz w:val="24"/>
        </w:rPr>
        <w:t xml:space="preserve">owner name] located at </w:t>
      </w:r>
      <w:r>
        <w:rPr>
          <w:rFonts w:ascii="Times New Roman" w:hAnsi="Times New Roman" w:eastAsia="Times New Roman" w:cs="Times New Roman"/>
          <w:sz w:val="24"/>
        </w:rPr>
        <w:t>[</w:t>
      </w:r>
      <w:r>
        <w:rPr>
          <w:rFonts w:ascii="Times New Roman" w:hAnsi="Times New Roman" w:eastAsia="Times New Roman" w:cs="Times New Roman"/>
          <w:sz w:val="24"/>
        </w:rPr>
        <w:t xml:space="preserve">location address] to the following extent: </w:t>
      </w:r>
      <w:r>
        <w:rPr>
          <w:rFonts w:ascii="Times New Roman" w:hAnsi="Times New Roman" w:eastAsia="Times New Roman" w:cs="Times New Roman"/>
          <w:sz w:val="24"/>
        </w:rPr>
        <w:t>[</w:t>
      </w:r>
      <w:r>
        <w:rPr>
          <w:rFonts w:ascii="Times New Roman" w:hAnsi="Times New Roman" w:eastAsia="Times New Roman" w:cs="Times New Roman"/>
          <w:sz w:val="24"/>
        </w:rPr>
        <w:t>job description]. The signer therefore waives and releases any mechanic’s lien right, any right arising from a payment bond that complies with a state or federal statute, any common law payment bond right, any claim for payment, and any rights under any similar ordinance, rule, or statute related to claim or payment rights for persons in the signer’s position.</w:t>
      </w:r>
    </w:p>
    <w:p>
      <w:pPr/>
      <w:r>
        <w:rPr>
          <w:rFonts w:ascii="Times New Roman" w:hAnsi="Times New Roman" w:eastAsia="Times New Roman" w:cs="Times New Roman"/>
          <w:sz w:val="24"/>
        </w:rPr>
        <w:t>The signer warrants that the signer has already paid or will use the funds received from this final payment to promptly pay in full all of the signer’s laborers, subcontractors, materialmen, and suppliers for all work, materials, equipment, or services provided for or to the above referenced project up to the date of this waiver and release.</w:t>
      </w:r>
    </w:p>
    <w:p>
      <w:pPr/>
    </w:p>
    <w:p>
      <w:pPr/>
      <w:r>
        <w:rPr>
          <w:rFonts w:ascii="Times New Roman" w:hAnsi="Times New Roman" w:eastAsia="Times New Roman" w:cs="Times New Roman"/>
          <w:sz w:val="24"/>
        </w:rPr>
        <w:t>Date: [day, month, and year of signing]</w:t>
      </w:r>
    </w:p>
    <w:p>
      <w:pPr/>
    </w:p>
    <w:p>
      <w:pPr/>
    </w:p>
    <w:p>
      <w:pPr/>
      <w:r>
        <w:rPr>
          <w:rFonts w:ascii="Times New Roman" w:hAnsi="Times New Roman" w:eastAsia="Times New Roman" w:cs="Times New Roman"/>
          <w:sz w:val="24"/>
        </w:rPr>
        <w:t xml:space="preserve">SUBSCRIBED AND SWORN TO BEFORE ME THIS THE </w:t>
      </w:r>
      <w:r>
        <w:rPr>
          <w:rFonts w:ascii="Times New Roman" w:hAnsi="Times New Roman" w:eastAsia="Times New Roman" w:cs="Times New Roman"/>
          <w:sz w:val="24"/>
        </w:rPr>
        <w:t>[</w:t>
      </w:r>
      <w:r>
        <w:rPr>
          <w:rFonts w:ascii="Times New Roman" w:hAnsi="Times New Roman" w:eastAsia="Times New Roman" w:cs="Times New Roman"/>
          <w:sz w:val="24"/>
        </w:rPr>
        <w:t xml:space="preserve">day] day of </w:t>
      </w:r>
      <w:r>
        <w:rPr>
          <w:rFonts w:ascii="Times New Roman" w:hAnsi="Times New Roman" w:eastAsia="Times New Roman" w:cs="Times New Roman"/>
          <w:sz w:val="24"/>
        </w:rPr>
        <w:t>[</w:t>
      </w:r>
      <w:r>
        <w:rPr>
          <w:rFonts w:ascii="Times New Roman" w:hAnsi="Times New Roman" w:eastAsia="Times New Roman" w:cs="Times New Roman"/>
          <w:sz w:val="24"/>
        </w:rPr>
        <w:t>month], 20</w:t>
      </w:r>
      <w:r>
        <w:rPr>
          <w:rFonts w:ascii="Times New Roman" w:hAnsi="Times New Roman" w:eastAsia="Times New Roman" w:cs="Times New Roman"/>
          <w:sz w:val="24"/>
        </w:rPr>
        <w:t>[</w:t>
      </w:r>
      <w:r>
        <w:rPr>
          <w:rFonts w:ascii="Times New Roman" w:hAnsi="Times New Roman" w:eastAsia="Times New Roman" w:cs="Times New Roman"/>
          <w:sz w:val="24"/>
        </w:rPr>
        <w:t>year].</w:t>
      </w:r>
    </w:p>
    <w:p>
      <w:pPr/>
    </w:p>
    <w:p>
      <w:pPr/>
    </w:p>
    <w:p>
      <w:pPr>
        <w:ind w:firstLine="4770"/>
      </w:pPr>
      <w:r>
        <w:rPr>
          <w:rFonts w:ascii="Times New Roman" w:hAnsi="Times New Roman" w:eastAsia="Times New Roman" w:cs="Times New Roman"/>
          <w:sz w:val="24"/>
        </w:rPr>
        <w:t>My Commission Expires:</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