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Unconditional Waiver and Release on Final Payment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UNCONDITIONAL WAIVER AND RELEASE ON FINAL PAYMENT (CA)</w:t>
      </w:r>
    </w:p>
    <w:p>
      <w:pPr>
        <w:keepNext w:val="0"/>
        <w:spacing w:before="200" w:after="0" w:line="260" w:lineRule="exact"/>
        <w:ind w:left="360" w:right="0" w:firstLine="0"/>
        <w:jc w:val="both"/>
      </w:pPr>
      <w:r>
        <w:rPr>
          <w:rFonts w:ascii="Times New Roman" w:hAnsi="Times New Roman" w:eastAsia="Times New Roman" w:cs="Times New Roman"/>
          <w:b/>
          <w:sz w:val="24"/>
        </w:rPr>
        <w:t xml:space="preserve">NOTICE TO CLAIMANT: THIS DOCUMENT WAIVES AND RELEASES LIEN, STOP PAYMENT NOTICE, AND PAYMENT BOND RIGHTS UNCONDITIONALLY AND STATES THAT YOU HAVE BEEN PAID FOR GIVING UP THOSE RIGHTS. THIS DOCUMENT IS ENFORCEABLE AGAINST YOU IF YOU SIGN IT, EVEN IF YOU HAVE NOT BEEN PAID. IF YOU HAVE NOT BEEN PAID, USE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CONDITIONAL WAIVER AND RELEASE FORM.</w:t>
      </w:r>
    </w:p>
    <w:p>
      <w:pPr>
        <w:keepNext w:val="0"/>
        <w:spacing w:before="120" w:after="0" w:line="260" w:lineRule="exact"/>
        <w:ind w:left="360" w:right="0" w:firstLine="0"/>
        <w:jc w:val="left"/>
      </w:pPr>
      <w:r>
        <w:rPr>
          <w:rFonts w:ascii="Times New Roman" w:hAnsi="Times New Roman" w:eastAsia="Times New Roman" w:cs="Times New Roman"/>
          <w:b/>
          <w:sz w:val="24"/>
        </w:rPr>
        <w:t>Identifying Information</w:t>
      </w:r>
    </w:p>
    <w:p>
      <w:pPr>
        <w:keepNext w:val="0"/>
        <w:spacing w:before="200" w:after="0" w:line="260" w:lineRule="exact"/>
        <w:ind w:left="720" w:right="0" w:firstLine="0"/>
        <w:jc w:val="both"/>
      </w:pPr>
      <w:r>
        <w:rPr>
          <w:rFonts w:ascii="Times New Roman" w:hAnsi="Times New Roman" w:eastAsia="Times New Roman" w:cs="Times New Roman"/>
          <w:b/>
          <w:sz w:val="24"/>
        </w:rPr>
        <w:t>Name of Claimant:</w:t>
      </w:r>
    </w:p>
    <w:p>
      <w:pPr>
        <w:keepNext w:val="0"/>
        <w:spacing w:before="200" w:after="0" w:line="260" w:lineRule="exact"/>
        <w:ind w:left="720" w:right="0" w:firstLine="0"/>
        <w:jc w:val="both"/>
      </w:pPr>
      <w:r>
        <w:rPr>
          <w:rFonts w:ascii="Times New Roman" w:hAnsi="Times New Roman" w:eastAsia="Times New Roman" w:cs="Times New Roman"/>
          <w:b w:val="0"/>
          <w:sz w:val="24"/>
        </w:rPr>
        <w:t>[name of claimant]</w:t>
      </w:r>
    </w:p>
    <w:p>
      <w:pPr>
        <w:keepNext w:val="0"/>
        <w:spacing w:before="200" w:after="0" w:line="260" w:lineRule="exact"/>
        <w:ind w:left="720" w:right="0" w:firstLine="0"/>
        <w:jc w:val="both"/>
      </w:pPr>
      <w:r>
        <w:rPr>
          <w:rFonts w:ascii="Times New Roman" w:hAnsi="Times New Roman" w:eastAsia="Times New Roman" w:cs="Times New Roman"/>
          <w:b w:val="0"/>
          <w:sz w:val="24"/>
        </w:rPr>
        <w:t>[address of claimant]</w:t>
      </w:r>
    </w:p>
    <w:p>
      <w:pPr>
        <w:keepNext w:val="0"/>
        <w:spacing w:before="200" w:after="0" w:line="260" w:lineRule="exact"/>
        <w:ind w:left="720" w:right="0" w:firstLine="0"/>
        <w:jc w:val="both"/>
      </w:pPr>
      <w:r>
        <w:rPr>
          <w:rFonts w:ascii="Times New Roman" w:hAnsi="Times New Roman" w:eastAsia="Times New Roman" w:cs="Times New Roman"/>
          <w:b/>
          <w:sz w:val="24"/>
        </w:rPr>
        <w:t>Name of Customer:</w:t>
      </w:r>
    </w:p>
    <w:p>
      <w:pPr>
        <w:keepNext w:val="0"/>
        <w:spacing w:before="200" w:after="0" w:line="260" w:lineRule="exact"/>
        <w:ind w:left="720" w:right="0" w:firstLine="0"/>
        <w:jc w:val="both"/>
      </w:pPr>
      <w:r>
        <w:rPr>
          <w:rFonts w:ascii="Times New Roman" w:hAnsi="Times New Roman" w:eastAsia="Times New Roman" w:cs="Times New Roman"/>
          <w:b w:val="0"/>
          <w:sz w:val="24"/>
        </w:rPr>
        <w:t>[name of customer]</w:t>
      </w:r>
    </w:p>
    <w:p>
      <w:pPr>
        <w:keepNext w:val="0"/>
        <w:spacing w:before="200" w:after="0" w:line="260" w:lineRule="exact"/>
        <w:ind w:left="720" w:right="0" w:firstLine="0"/>
        <w:jc w:val="both"/>
      </w:pPr>
      <w:r>
        <w:rPr>
          <w:rFonts w:ascii="Times New Roman" w:hAnsi="Times New Roman" w:eastAsia="Times New Roman" w:cs="Times New Roman"/>
          <w:b w:val="0"/>
          <w:sz w:val="24"/>
        </w:rPr>
        <w:t>[address of customer]</w:t>
      </w:r>
    </w:p>
    <w:p>
      <w:pPr>
        <w:keepNext w:val="0"/>
        <w:spacing w:before="200" w:after="0" w:line="260" w:lineRule="exact"/>
        <w:ind w:left="720" w:right="0" w:firstLine="0"/>
        <w:jc w:val="both"/>
      </w:pPr>
      <w:r>
        <w:rPr>
          <w:rFonts w:ascii="Times New Roman" w:hAnsi="Times New Roman" w:eastAsia="Times New Roman" w:cs="Times New Roman"/>
          <w:b/>
          <w:sz w:val="24"/>
        </w:rPr>
        <w:t>Job Location:</w:t>
      </w:r>
    </w:p>
    <w:p>
      <w:pPr>
        <w:keepNext w:val="0"/>
        <w:spacing w:before="200" w:after="0" w:line="260" w:lineRule="exact"/>
        <w:ind w:left="720" w:right="0" w:firstLine="0"/>
        <w:jc w:val="both"/>
      </w:pPr>
      <w:r>
        <w:rPr>
          <w:rFonts w:ascii="Times New Roman" w:hAnsi="Times New Roman" w:eastAsia="Times New Roman" w:cs="Times New Roman"/>
          <w:b w:val="0"/>
          <w:sz w:val="24"/>
        </w:rPr>
        <w:t>[property address]</w:t>
      </w:r>
    </w:p>
    <w:p>
      <w:pPr>
        <w:keepNext w:val="0"/>
        <w:spacing w:before="200" w:after="0" w:line="260" w:lineRule="exact"/>
        <w:ind w:left="720" w:right="0" w:firstLine="0"/>
        <w:jc w:val="both"/>
      </w:pPr>
      <w:r>
        <w:rPr>
          <w:rFonts w:ascii="Times New Roman" w:hAnsi="Times New Roman" w:eastAsia="Times New Roman" w:cs="Times New Roman"/>
          <w:b/>
          <w:sz w:val="24"/>
        </w:rPr>
        <w:t>Owner:</w:t>
      </w:r>
    </w:p>
    <w:p>
      <w:pPr>
        <w:keepNext w:val="0"/>
        <w:spacing w:before="200" w:after="0" w:line="260" w:lineRule="exact"/>
        <w:ind w:left="720" w:right="0" w:firstLine="0"/>
        <w:jc w:val="both"/>
      </w:pPr>
      <w:r>
        <w:rPr>
          <w:rFonts w:ascii="Times New Roman" w:hAnsi="Times New Roman" w:eastAsia="Times New Roman" w:cs="Times New Roman"/>
          <w:b w:val="0"/>
          <w:sz w:val="24"/>
        </w:rPr>
        <w:t>[name of owner]</w:t>
      </w:r>
    </w:p>
    <w:p>
      <w:pPr>
        <w:keepNext w:val="0"/>
        <w:spacing w:before="200" w:after="0" w:line="260" w:lineRule="exact"/>
        <w:ind w:left="720" w:right="0" w:firstLine="0"/>
        <w:jc w:val="both"/>
      </w:pPr>
      <w:r>
        <w:rPr>
          <w:rFonts w:ascii="Times New Roman" w:hAnsi="Times New Roman" w:eastAsia="Times New Roman" w:cs="Times New Roman"/>
          <w:b w:val="0"/>
          <w:sz w:val="24"/>
        </w:rPr>
        <w:t>[address of owner]</w:t>
      </w:r>
    </w:p>
    <w:p>
      <w:pPr>
        <w:keepNext w:val="0"/>
        <w:spacing w:before="120" w:after="0" w:line="260" w:lineRule="exact"/>
        <w:ind w:left="360" w:right="0" w:firstLine="0"/>
        <w:jc w:val="left"/>
      </w:pPr>
      <w:r>
        <w:rPr>
          <w:rFonts w:ascii="Times New Roman" w:hAnsi="Times New Roman" w:eastAsia="Times New Roman" w:cs="Times New Roman"/>
          <w:b/>
          <w:sz w:val="24"/>
        </w:rPr>
        <w:t>Unconditional Waiver and Release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document waives and releases lien, stop payment notice, and payment bond rights the claimant has for all labor and service provided, and equipment and material delivered, to the customer on this job. Rights based upon labor or service provided, or equipment or material delivered,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change order that has been fully executed by the parties prior to the date that this document is signed by the claimant, are waived and released by this document, unless listed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Exception below. The claimant has been paid in full.</w:t>
      </w:r>
    </w:p>
    <w:p>
      <w:pPr>
        <w:keepNext w:val="0"/>
        <w:spacing w:before="120" w:after="0" w:line="260" w:lineRule="exact"/>
        <w:ind w:left="360" w:right="0" w:firstLine="0"/>
        <w:jc w:val="left"/>
      </w:pPr>
      <w:r>
        <w:rPr>
          <w:rFonts w:ascii="Times New Roman" w:hAnsi="Times New Roman" w:eastAsia="Times New Roman" w:cs="Times New Roman"/>
          <w:b/>
          <w:sz w:val="24"/>
        </w:rPr>
        <w:t>Exceptions</w:t>
      </w:r>
    </w:p>
    <w:p>
      <w:pPr>
        <w:keepNext w:val="0"/>
        <w:spacing w:before="200" w:after="0" w:line="260" w:lineRule="exact"/>
        <w:ind w:left="720" w:right="0" w:firstLine="0"/>
        <w:jc w:val="both"/>
      </w:pPr>
      <w:r>
        <w:rPr>
          <w:rFonts w:ascii="Times New Roman" w:hAnsi="Times New Roman" w:eastAsia="Times New Roman" w:cs="Times New Roman"/>
          <w:b w:val="0"/>
          <w:sz w:val="24"/>
        </w:rPr>
        <w:t>This document does not affect the following:</w:t>
      </w:r>
    </w:p>
    <w:p>
      <w:pPr>
        <w:keepNext w:val="0"/>
        <w:spacing w:before="200" w:after="0" w:line="260" w:lineRule="exact"/>
        <w:ind w:left="720" w:right="0" w:firstLine="0"/>
        <w:jc w:val="both"/>
      </w:pPr>
      <w:r>
        <w:rPr>
          <w:rFonts w:ascii="Times New Roman" w:hAnsi="Times New Roman" w:eastAsia="Times New Roman" w:cs="Times New Roman"/>
          <w:b w:val="0"/>
          <w:sz w:val="24"/>
        </w:rPr>
        <w:t>Disputed claims for extras in the amount of: $[amount of claim in numbers]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Executed on [date of execution] at [name of city or town], California.</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claimant]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