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Unconditional Waiver and Release upon Final Payment </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UNCONDITIONAL WAIVER AND RELEASE</w:t>
      </w:r>
      <w:r>
        <w:rPr>
          <w:rFonts w:ascii="Times New Roman" w:hAnsi="Times New Roman" w:eastAsia="Times New Roman" w:cs="Times New Roman"/>
          <w:sz w:val="24"/>
        </w:rPr>
        <w:br/>
      </w:r>
      <w:r>
        <w:rPr>
          <w:rFonts w:ascii="Times New Roman" w:hAnsi="Times New Roman" w:eastAsia="Times New Roman" w:cs="Times New Roman"/>
          <w:b/>
          <w:sz w:val="24"/>
        </w:rPr>
        <w:t>UPON FINAL PAYMENT</w:t>
      </w:r>
    </w:p>
    <w:p>
      <w:pPr>
        <w:keepNext w:val="0"/>
        <w:spacing w:before="200" w:after="0" w:line="260" w:lineRule="exact"/>
        <w:ind w:left="720" w:right="0" w:firstLine="0"/>
        <w:jc w:val="both"/>
      </w:pPr>
      <w:r>
        <w:rPr>
          <w:rFonts w:ascii="Times New Roman" w:hAnsi="Times New Roman" w:eastAsia="Times New Roman" w:cs="Times New Roman"/>
          <w:b w:val="0"/>
          <w:sz w:val="24"/>
        </w:rPr>
        <w:t>Property Name: [property name]</w:t>
      </w:r>
    </w:p>
    <w:p>
      <w:pPr>
        <w:keepNext w:val="0"/>
        <w:spacing w:before="200" w:after="0" w:line="260" w:lineRule="exact"/>
        <w:ind w:left="720" w:right="0" w:firstLine="0"/>
        <w:jc w:val="both"/>
      </w:pPr>
      <w:r>
        <w:rPr>
          <w:rFonts w:ascii="Times New Roman" w:hAnsi="Times New Roman" w:eastAsia="Times New Roman" w:cs="Times New Roman"/>
          <w:b w:val="0"/>
          <w:sz w:val="24"/>
        </w:rPr>
        <w:t>Property Location: [address/description]</w:t>
      </w:r>
    </w:p>
    <w:p>
      <w:pPr>
        <w:keepNext w:val="0"/>
        <w:spacing w:before="200" w:after="0" w:line="260" w:lineRule="exact"/>
        <w:ind w:left="720" w:right="0" w:firstLine="0"/>
        <w:jc w:val="both"/>
      </w:pPr>
      <w:r>
        <w:rPr>
          <w:rFonts w:ascii="Times New Roman" w:hAnsi="Times New Roman" w:eastAsia="Times New Roman" w:cs="Times New Roman"/>
          <w:b w:val="0"/>
          <w:sz w:val="24"/>
        </w:rPr>
        <w:t>Undersigned's Customer: [name]</w:t>
      </w:r>
    </w:p>
    <w:p>
      <w:pPr>
        <w:keepNext w:val="0"/>
        <w:spacing w:before="200" w:after="0" w:line="260" w:lineRule="exact"/>
        <w:ind w:left="720" w:right="0" w:firstLine="0"/>
        <w:jc w:val="both"/>
      </w:pPr>
      <w:r>
        <w:rPr>
          <w:rFonts w:ascii="Times New Roman" w:hAnsi="Times New Roman" w:eastAsia="Times New Roman" w:cs="Times New Roman"/>
          <w:b w:val="0"/>
          <w:sz w:val="24"/>
        </w:rPr>
        <w:t>Invoice/Payment Application Number: [number]</w:t>
      </w:r>
    </w:p>
    <w:p>
      <w:pPr>
        <w:keepNext w:val="0"/>
        <w:spacing w:before="200" w:after="0" w:line="260" w:lineRule="exact"/>
        <w:ind w:left="720" w:right="0" w:firstLine="0"/>
        <w:jc w:val="both"/>
      </w:pPr>
      <w:r>
        <w:rPr>
          <w:rFonts w:ascii="Times New Roman" w:hAnsi="Times New Roman" w:eastAsia="Times New Roman" w:cs="Times New Roman"/>
          <w:b w:val="0"/>
          <w:sz w:val="24"/>
        </w:rPr>
        <w:t>Payment Amount: [payment amount]</w:t>
      </w:r>
    </w:p>
    <w:p>
      <w:pPr>
        <w:keepNext w:val="0"/>
        <w:spacing w:before="200" w:after="0" w:line="260" w:lineRule="exact"/>
        <w:ind w:left="720" w:right="0" w:firstLine="0"/>
        <w:jc w:val="both"/>
      </w:pPr>
      <w:r>
        <w:rPr>
          <w:rFonts w:ascii="Times New Roman" w:hAnsi="Times New Roman" w:eastAsia="Times New Roman" w:cs="Times New Roman"/>
          <w:b w:val="0"/>
          <w:sz w:val="24"/>
        </w:rPr>
        <w:t>Payment Period: [payment period]</w:t>
      </w:r>
    </w:p>
    <w:p>
      <w:pPr>
        <w:keepNext w:val="0"/>
        <w:spacing w:before="200" w:after="0" w:line="260" w:lineRule="exact"/>
        <w:ind w:left="720" w:right="0" w:firstLine="0"/>
        <w:jc w:val="both"/>
      </w:pPr>
      <w:r>
        <w:rPr>
          <w:rFonts w:ascii="Times New Roman" w:hAnsi="Times New Roman" w:eastAsia="Times New Roman" w:cs="Times New Roman"/>
          <w:b w:val="0"/>
          <w:sz w:val="24"/>
        </w:rPr>
        <w:t>Amount of Disputed Claims: [disputed claim amount]</w:t>
      </w:r>
    </w:p>
    <w:p>
      <w:pPr>
        <w:keepNext w:val="0"/>
        <w:spacing w:before="200" w:after="0" w:line="260" w:lineRule="exact"/>
        <w:ind w:left="720" w:right="0" w:firstLine="0"/>
        <w:jc w:val="both"/>
      </w:pPr>
      <w:r>
        <w:rPr>
          <w:rFonts w:ascii="Times New Roman" w:hAnsi="Times New Roman" w:eastAsia="Times New Roman" w:cs="Times New Roman"/>
          <w:b w:val="0"/>
          <w:sz w:val="24"/>
        </w:rPr>
        <w:t>The undersigned has been paid in full for all work, materials and equipment furnished to the Customer for the above-described Property and does hereby waive and release any notice of lien, any private bond right, any claim for payment and any rights under any similar ordinance, rule or statute related to payment rights that the undersigned has on the above-described Property, except for the payment of Disputed Claims, if any, noted above. The undersigned warrants that he or she either has already paid or will use the money received from this final payment promptly to pay in full all laborers, subcontractors, materialmen and suppliers for all work, materials and equipment that are the subject of this waiver and release.</w:t>
      </w:r>
    </w:p>
    <w:p>
      <w:pPr/>
    </w:p>
    <w:p>
      <w:pPr>
        <w:keepNext w:val="0"/>
        <w:spacing w:before="200" w:after="0" w:line="260" w:lineRule="exact"/>
        <w:ind w:left="360" w:right="0" w:firstLine="0"/>
        <w:jc w:val="both"/>
      </w:pPr>
      <w:r>
        <w:rPr>
          <w:rFonts w:ascii="Times New Roman" w:hAnsi="Times New Roman" w:eastAsia="Times New Roman" w:cs="Times New Roman"/>
          <w:b w:val="0"/>
          <w:sz w:val="24"/>
        </w:rPr>
        <w:t>Dated: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[company name]</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[signatory name]</w:t>
      </w:r>
    </w:p>
    <w:p>
      <w:pPr>
        <w:keepNext w:val="0"/>
        <w:spacing w:before="120" w:after="0" w:line="260" w:lineRule="exact"/>
        <w:ind w:left="360" w:right="0" w:firstLine="0"/>
        <w:jc w:val="left"/>
      </w:pPr>
      <w:r>
        <w:rPr>
          <w:rFonts w:ascii="Times New Roman" w:hAnsi="Times New Roman" w:eastAsia="Times New Roman" w:cs="Times New Roman"/>
          <w:b w:val="0"/>
          <w:sz w:val="24"/>
        </w:rPr>
        <w:t>Its: [title]</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NOTICE: THIS DOCUMENT WAIVES RIGHTS UNCONDITIONALLY AND STATES THAT YOU HAVE BEEN PAID FOR GIVING UP THOSE RIGHTS. THIS DOCUMENT IS ENFORCEABLE AGAINST YOU IF YOU SIGN IT, EVEN IF YOU HAVE NOT BEEN PAID. IF YOU HAVE NOT BEEN PAID, USE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CONDITIONAL RELEASE FORM.</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