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Undisputed Accounts Receivable Demand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recipient]</w:t>
      </w:r>
    </w:p>
    <w:p>
      <w:pPr>
        <w:keepNext w:val="0"/>
        <w:spacing w:before="60" w:after="0" w:line="260" w:lineRule="exact"/>
        <w:ind w:left="360" w:right="0" w:firstLine="0"/>
        <w:jc w:val="both"/>
      </w:pPr>
      <w:r>
        <w:rPr>
          <w:rFonts w:ascii="Times New Roman" w:hAnsi="Times New Roman" w:eastAsia="Times New Roman" w:cs="Times New Roman"/>
          <w:b w:val="0"/>
          <w:sz w:val="24"/>
        </w:rPr>
        <w:t>[recipient's mailing address]</w:t>
      </w:r>
    </w:p>
    <w:p>
      <w:pPr>
        <w:keepNext w:val="0"/>
        <w:spacing w:before="200" w:after="0" w:line="260" w:lineRule="exact"/>
        <w:ind w:left="360" w:right="0" w:firstLine="0"/>
        <w:jc w:val="center"/>
      </w:pPr>
      <w:r>
        <w:rPr>
          <w:rFonts w:ascii="Times New Roman" w:hAnsi="Times New Roman" w:eastAsia="Times New Roman" w:cs="Times New Roman"/>
          <w:b w:val="0"/>
          <w:sz w:val="24"/>
        </w:rPr>
        <w:t>Re: Amounts due to [company entitled to payment/ creditor] under [cite as applicable, i.e., to relevant agreement, etc.]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Dear [direct letter to applicable officer of the recipient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i.e., President, General Counsel, or to the appropriate department of the debtor, i.e., accounts receivable department]:</w:t>
      </w:r>
    </w:p>
    <w:p>
      <w:pPr>
        <w:keepNext w:val="0"/>
        <w:spacing w:before="200" w:after="0" w:line="260" w:lineRule="exact"/>
        <w:ind w:left="360" w:right="0" w:firstLine="0"/>
        <w:jc w:val="both"/>
      </w:pPr>
      <w:r>
        <w:rPr>
          <w:rFonts w:ascii="Times New Roman" w:hAnsi="Times New Roman" w:eastAsia="Times New Roman" w:cs="Times New Roman"/>
          <w:b w:val="0"/>
          <w:sz w:val="24"/>
        </w:rPr>
        <w:t>Be advised that [name of debtor]'s invoices [numbered (or) dated] [applicable number or dates of outstanding invoices] are past due. Pursuant to the terms of the [name of agreement, e.g., Purchase Agreement] between [name of debtor] and [name of creditor] dated [date], you were required to pay all invoices within [applicable payment terms, e.g., net 30]. Currently, there are overdue invoices totally $[amount]. Please arrange for the immediate payment of such amount, and direct payment to [person or department at creditor where the payment should be directed].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[name of creditor] does not receive full payment by [date], we will impose interest at the rate of [applicable interest rate (if any) as provided in the parties' agreement]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fee of [applicable late fee (if any) as provided in the parties' agreement]. In addition, unless we receive full payment for the aforementioned outstanding invoices, [name of creditor] shall [discuss any additional actions the creditor will or may take if payment is not made (which rights may be provided for in the parties' agreement), such as stopping further shipments of products to the debtor, cessation of its efforts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project or contract, etc.]. </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 (signature)</w:t>
      </w:r>
    </w:p>
    <w:p>
      <w:pPr>
        <w:keepNext w:val="0"/>
        <w:spacing w:before="60" w:after="0" w:line="260" w:lineRule="exact"/>
        <w:ind w:left="360" w:right="0" w:firstLine="0"/>
        <w:jc w:val="both"/>
      </w:pPr>
      <w:r>
        <w:rPr>
          <w:rFonts w:ascii="Times New Roman" w:hAnsi="Times New Roman" w:eastAsia="Times New Roman" w:cs="Times New Roman"/>
          <w:b w:val="0"/>
          <w:sz w:val="24"/>
        </w:rPr>
        <w:t>[printed name]</w:t>
      </w:r>
    </w:p>
    <w:p>
      <w:pPr>
        <w:keepNext w:val="0"/>
        <w:spacing w:before="60" w:after="0" w:line="260" w:lineRule="exact"/>
        <w:ind w:left="360" w:right="0" w:firstLine="0"/>
        <w:jc w:val="both"/>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